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44A5E" w14:textId="77777777" w:rsidR="00222AD4" w:rsidRPr="002E72E4" w:rsidRDefault="00222AD4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55DF00A3" w14:textId="77777777" w:rsidR="00222AD4" w:rsidRPr="002E72E4" w:rsidRDefault="00222AD4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5EBA4DE1" w14:textId="77777777" w:rsidR="005668AD" w:rsidRPr="002E72E4" w:rsidRDefault="005668AD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36"/>
          <w:szCs w:val="36"/>
          <w:lang w:val="pl-PL"/>
        </w:rPr>
      </w:pPr>
      <w:r w:rsidRPr="002E72E4">
        <w:rPr>
          <w:rFonts w:ascii="Times New Roman" w:hAnsi="Times New Roman" w:cs="Times New Roman"/>
          <w:bCs/>
          <w:sz w:val="36"/>
          <w:szCs w:val="36"/>
          <w:lang w:val="pl-PL"/>
        </w:rPr>
        <w:t>ZESPÓŁ PLACÓWEK OŚWIATOWYCH W RUSZCZY</w:t>
      </w:r>
    </w:p>
    <w:p w14:paraId="2C4AABEC" w14:textId="77777777" w:rsidR="005668AD" w:rsidRPr="002E72E4" w:rsidRDefault="005668AD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36"/>
          <w:szCs w:val="36"/>
          <w:lang w:val="pl-PL"/>
        </w:rPr>
      </w:pPr>
      <w:r w:rsidRPr="002E72E4">
        <w:rPr>
          <w:rFonts w:ascii="Times New Roman" w:hAnsi="Times New Roman" w:cs="Times New Roman"/>
          <w:bCs/>
          <w:sz w:val="36"/>
          <w:szCs w:val="36"/>
          <w:lang w:val="pl-PL"/>
        </w:rPr>
        <w:t xml:space="preserve">PROCEDURY POSTĘPOWANIA </w:t>
      </w:r>
    </w:p>
    <w:p w14:paraId="47B247E3" w14:textId="77777777" w:rsidR="005668AD" w:rsidRPr="002E72E4" w:rsidRDefault="005668AD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36"/>
          <w:szCs w:val="36"/>
          <w:lang w:val="pl-PL"/>
        </w:rPr>
      </w:pPr>
      <w:r w:rsidRPr="002E72E4">
        <w:rPr>
          <w:rFonts w:ascii="Times New Roman" w:hAnsi="Times New Roman" w:cs="Times New Roman"/>
          <w:bCs/>
          <w:sz w:val="36"/>
          <w:szCs w:val="36"/>
          <w:lang w:val="pl-PL"/>
        </w:rPr>
        <w:t>W SYTUACJACH KRYZYSOWYCH</w:t>
      </w:r>
    </w:p>
    <w:p w14:paraId="061CE1CE" w14:textId="77777777" w:rsidR="005668AD" w:rsidRPr="005668AD" w:rsidRDefault="005668AD" w:rsidP="005668AD">
      <w:pPr>
        <w:spacing w:before="100" w:beforeAutospacing="1" w:after="100" w:afterAutospacing="1" w:line="360" w:lineRule="auto"/>
        <w:outlineLvl w:val="0"/>
        <w:rPr>
          <w:b/>
          <w:sz w:val="28"/>
          <w:szCs w:val="28"/>
          <w:lang w:val="pl-P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FEC1652" wp14:editId="6F21133D">
            <wp:simplePos x="0" y="0"/>
            <wp:positionH relativeFrom="column">
              <wp:posOffset>1729105</wp:posOffset>
            </wp:positionH>
            <wp:positionV relativeFrom="paragraph">
              <wp:posOffset>213360</wp:posOffset>
            </wp:positionV>
            <wp:extent cx="2567940" cy="2567940"/>
            <wp:effectExtent l="0" t="0" r="3810" b="3810"/>
            <wp:wrapSquare wrapText="left"/>
            <wp:docPr id="126653840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940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0F46FF" w14:textId="77777777" w:rsidR="005668AD" w:rsidRPr="005668AD" w:rsidRDefault="005668AD" w:rsidP="005668AD">
      <w:pPr>
        <w:spacing w:before="100" w:beforeAutospacing="1" w:after="100" w:afterAutospacing="1" w:line="360" w:lineRule="auto"/>
        <w:outlineLvl w:val="0"/>
        <w:rPr>
          <w:b/>
          <w:sz w:val="28"/>
          <w:szCs w:val="28"/>
          <w:lang w:val="pl-PL"/>
        </w:rPr>
      </w:pPr>
    </w:p>
    <w:p w14:paraId="6E237016" w14:textId="77777777" w:rsidR="005668AD" w:rsidRPr="005668AD" w:rsidRDefault="005668AD" w:rsidP="005668AD">
      <w:pPr>
        <w:spacing w:before="100" w:beforeAutospacing="1" w:after="100" w:afterAutospacing="1" w:line="360" w:lineRule="auto"/>
        <w:outlineLvl w:val="0"/>
        <w:rPr>
          <w:b/>
          <w:sz w:val="28"/>
          <w:szCs w:val="28"/>
          <w:lang w:val="pl-PL"/>
        </w:rPr>
      </w:pPr>
    </w:p>
    <w:p w14:paraId="608FF8D2" w14:textId="77777777" w:rsidR="005668AD" w:rsidRPr="005668AD" w:rsidRDefault="005668AD" w:rsidP="005668AD">
      <w:pPr>
        <w:spacing w:before="100" w:beforeAutospacing="1" w:after="100" w:afterAutospacing="1" w:line="360" w:lineRule="auto"/>
        <w:outlineLvl w:val="0"/>
        <w:rPr>
          <w:b/>
          <w:sz w:val="28"/>
          <w:szCs w:val="28"/>
          <w:lang w:val="pl-PL"/>
        </w:rPr>
      </w:pPr>
      <w:r w:rsidRPr="00D55D99">
        <w:rPr>
          <w:b/>
          <w:sz w:val="28"/>
          <w:szCs w:val="28"/>
        </w:rPr>
        <w:fldChar w:fldCharType="begin"/>
      </w:r>
      <w:r w:rsidRPr="005668AD">
        <w:rPr>
          <w:b/>
          <w:sz w:val="28"/>
          <w:szCs w:val="28"/>
          <w:lang w:val="pl-PL"/>
        </w:rPr>
        <w:instrText xml:space="preserve"> INCLUDEPICTURE "https://www.zporuszcza.polaniec.pl/nowa-NIE_USUWAC/wp-content/uploads/2023/10/cropped-cropped-cropped-logo.jpg" \* MERGEFORMATINET </w:instrText>
      </w:r>
      <w:r w:rsidRPr="00D55D99">
        <w:rPr>
          <w:b/>
          <w:sz w:val="28"/>
          <w:szCs w:val="28"/>
        </w:rPr>
        <w:fldChar w:fldCharType="separate"/>
      </w:r>
      <w:r w:rsidRPr="00D55D99">
        <w:rPr>
          <w:b/>
          <w:sz w:val="28"/>
          <w:szCs w:val="28"/>
        </w:rPr>
        <w:fldChar w:fldCharType="end"/>
      </w:r>
      <w:r w:rsidRPr="005668AD">
        <w:rPr>
          <w:b/>
          <w:sz w:val="28"/>
          <w:szCs w:val="28"/>
          <w:lang w:val="pl-PL"/>
        </w:rPr>
        <w:br w:type="textWrapping" w:clear="all"/>
      </w:r>
    </w:p>
    <w:p w14:paraId="0E4981CF" w14:textId="77777777" w:rsidR="005668AD" w:rsidRPr="005668AD" w:rsidRDefault="005668AD" w:rsidP="005668AD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 w:eastAsia="pl-PL"/>
        </w:rPr>
      </w:pPr>
    </w:p>
    <w:p w14:paraId="35059CCB" w14:textId="77777777" w:rsidR="005668AD" w:rsidRPr="005668AD" w:rsidRDefault="005668AD" w:rsidP="005668AD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val="pl-PL" w:eastAsia="pl-PL"/>
        </w:rPr>
      </w:pPr>
      <w:r w:rsidRPr="005668AD">
        <w:rPr>
          <w:rFonts w:ascii="Times New Roman" w:eastAsia="Times New Roman" w:hAnsi="Times New Roman" w:cs="Times New Roman"/>
          <w:b/>
          <w:bCs/>
          <w:i/>
          <w:iCs/>
          <w:lang w:val="pl-PL" w:eastAsia="pl-PL"/>
        </w:rPr>
        <w:t xml:space="preserve">Zespół Placówek Oświatowych w Ruszczy </w:t>
      </w:r>
    </w:p>
    <w:p w14:paraId="48EEDF15" w14:textId="77777777" w:rsidR="001E6202" w:rsidRDefault="005668AD" w:rsidP="005668AD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val="pl-PL" w:eastAsia="pl-PL"/>
        </w:rPr>
      </w:pPr>
      <w:r w:rsidRPr="005668AD">
        <w:rPr>
          <w:rFonts w:ascii="Times New Roman" w:eastAsia="Times New Roman" w:hAnsi="Times New Roman" w:cs="Times New Roman"/>
          <w:b/>
          <w:bCs/>
          <w:i/>
          <w:iCs/>
          <w:lang w:val="pl-PL" w:eastAsia="pl-PL"/>
        </w:rPr>
        <w:t>Szkoł</w:t>
      </w:r>
      <w:r w:rsidR="001E6202">
        <w:rPr>
          <w:rFonts w:ascii="Times New Roman" w:eastAsia="Times New Roman" w:hAnsi="Times New Roman" w:cs="Times New Roman"/>
          <w:b/>
          <w:bCs/>
          <w:i/>
          <w:iCs/>
          <w:lang w:val="pl-PL" w:eastAsia="pl-PL"/>
        </w:rPr>
        <w:t>a</w:t>
      </w:r>
      <w:r w:rsidRPr="005668AD">
        <w:rPr>
          <w:rFonts w:ascii="Times New Roman" w:eastAsia="Times New Roman" w:hAnsi="Times New Roman" w:cs="Times New Roman"/>
          <w:b/>
          <w:bCs/>
          <w:i/>
          <w:iCs/>
          <w:lang w:val="pl-PL" w:eastAsia="pl-PL"/>
        </w:rPr>
        <w:t xml:space="preserve"> Podstawow</w:t>
      </w:r>
      <w:r w:rsidR="001E6202">
        <w:rPr>
          <w:rFonts w:ascii="Times New Roman" w:eastAsia="Times New Roman" w:hAnsi="Times New Roman" w:cs="Times New Roman"/>
          <w:b/>
          <w:bCs/>
          <w:i/>
          <w:iCs/>
          <w:lang w:val="pl-PL" w:eastAsia="pl-PL"/>
        </w:rPr>
        <w:t>a</w:t>
      </w:r>
      <w:r w:rsidRPr="005668AD">
        <w:rPr>
          <w:rFonts w:ascii="Times New Roman" w:eastAsia="Times New Roman" w:hAnsi="Times New Roman" w:cs="Times New Roman"/>
          <w:b/>
          <w:bCs/>
          <w:i/>
          <w:iCs/>
          <w:lang w:val="pl-PL" w:eastAsia="pl-PL"/>
        </w:rPr>
        <w:t xml:space="preserve"> im. Świętego Jana Pawła II w Ruszczy</w:t>
      </w:r>
    </w:p>
    <w:p w14:paraId="335CF33C" w14:textId="02065B72" w:rsidR="005668AD" w:rsidRPr="005668AD" w:rsidRDefault="005668AD" w:rsidP="005668AD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val="pl-PL" w:eastAsia="pl-PL"/>
        </w:rPr>
      </w:pPr>
      <w:r w:rsidRPr="005668AD">
        <w:rPr>
          <w:rFonts w:ascii="Times New Roman" w:eastAsia="Times New Roman" w:hAnsi="Times New Roman" w:cs="Times New Roman"/>
          <w:b/>
          <w:bCs/>
          <w:i/>
          <w:iCs/>
          <w:lang w:val="pl-PL" w:eastAsia="pl-PL"/>
        </w:rPr>
        <w:t>Przedszkole im. Świętego Jana Pawła II w Ruszczy</w:t>
      </w:r>
    </w:p>
    <w:p w14:paraId="0F0CB7D5" w14:textId="77777777" w:rsidR="00222AD4" w:rsidRPr="002E72E4" w:rsidRDefault="00222AD4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553E8BA1" w14:textId="77777777" w:rsidR="00222AD4" w:rsidRPr="002E72E4" w:rsidRDefault="00222AD4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44F3D676" w14:textId="77777777" w:rsidR="00222AD4" w:rsidRPr="002E72E4" w:rsidRDefault="00222AD4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2120EE93" w14:textId="487E973C" w:rsidR="0072214D" w:rsidRPr="002E72E4" w:rsidRDefault="0072214D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2DD979A1" w14:textId="77777777" w:rsidR="00222AD4" w:rsidRPr="002E72E4" w:rsidRDefault="00222AD4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48FE6398" w14:textId="77777777" w:rsidR="00222AD4" w:rsidRPr="002E72E4" w:rsidRDefault="00222AD4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038E72B0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br w:type="page"/>
      </w:r>
    </w:p>
    <w:p w14:paraId="5398E2EA" w14:textId="77777777" w:rsidR="00222AD4" w:rsidRPr="002E72E4" w:rsidRDefault="00222AD4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37B93011" w14:textId="77777777" w:rsidR="00222AD4" w:rsidRPr="002E72E4" w:rsidRDefault="00222AD4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0AD28CDA" w14:textId="2B4601A0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ZESPÓŁ PLACÓWEK OŚWIATOWYCH W RUSZCZY</w:t>
      </w:r>
    </w:p>
    <w:p w14:paraId="077473C5" w14:textId="77777777" w:rsidR="005668AD" w:rsidRDefault="00222AD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PROCEDURY POSTĘPOWANIA W SYTUACJACH KRYZYSOWYCH W SZKOLE</w:t>
      </w:r>
    </w:p>
    <w:p w14:paraId="5F75490D" w14:textId="77777777" w:rsidR="005668AD" w:rsidRDefault="005668AD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41621F9A" w14:textId="198A0883" w:rsidR="002E72E4" w:rsidRPr="005668AD" w:rsidRDefault="002E72E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eastAsiaTheme="majorEastAsia" w:cstheme="majorBidi"/>
          <w:bCs/>
          <w:color w:val="1F3755"/>
          <w:szCs w:val="28"/>
          <w:lang w:val="pl-PL"/>
        </w:rPr>
        <w:t>Podstawy prawne</w:t>
      </w:r>
    </w:p>
    <w:p w14:paraId="6C6323F8" w14:textId="77777777" w:rsidR="002E72E4" w:rsidRPr="002E72E4" w:rsidRDefault="002E72E4" w:rsidP="002E72E4">
      <w:pPr>
        <w:spacing w:after="60"/>
        <w:ind w:firstLine="284"/>
        <w:contextualSpacing/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Obowiązujące w ZPO w Ruszczy: Statut Zespołu Placówek Oświatowych, Standardy Ochrony Małoletnich, instrukcja bezpieczeństwa pożarowego, plan ewakuacji, procedury udzielania pierwszej pomocy oraz inne regulacje wewnętrzne dotyczące bezpieczeństwa.</w:t>
      </w:r>
    </w:p>
    <w:p w14:paraId="3267D6CF" w14:textId="77777777" w:rsidR="002E72E4" w:rsidRPr="002E72E4" w:rsidRDefault="002E72E4" w:rsidP="002E72E4">
      <w:pPr>
        <w:spacing w:after="60"/>
        <w:ind w:firstLine="284"/>
        <w:contextualSpacing/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 xml:space="preserve">Rozporządzenie Ministra Edukacji Narodowej z dnia 18 sierpnia 2015 r. w sprawie zakresu i form prowadzenia w szkołach i placówkach systemu oświaty działalności wychowawczej, edukacyjnej, informacyjnej i profilaktycznej w celu przeciwdziałania narkomanii (z </w:t>
      </w:r>
      <w:proofErr w:type="spellStart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późn</w:t>
      </w:r>
      <w:proofErr w:type="spellEnd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. zm.).</w:t>
      </w:r>
    </w:p>
    <w:p w14:paraId="54A88476" w14:textId="77777777" w:rsidR="002E72E4" w:rsidRPr="002E72E4" w:rsidRDefault="002E72E4" w:rsidP="002E72E4">
      <w:pPr>
        <w:spacing w:after="60"/>
        <w:ind w:firstLine="284"/>
        <w:contextualSpacing/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Rozporządzenie Rady Ministrów z dnia 6 września 2023 r. w sprawie procedury „Niebieskie Karty” oraz wzorów formularzy „Niebieska Karta” (Dz. U. z 2023 r. poz. 1870).</w:t>
      </w:r>
    </w:p>
    <w:p w14:paraId="5FEE84B9" w14:textId="77777777" w:rsidR="002E72E4" w:rsidRPr="002E72E4" w:rsidRDefault="002E72E4" w:rsidP="002E72E4">
      <w:pPr>
        <w:spacing w:after="60"/>
        <w:ind w:firstLine="284"/>
        <w:contextualSpacing/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 xml:space="preserve">Rozporządzenie Ministra Spraw Wewnętrznych i Administracji z dnia 7 czerwca 2010 r. w sprawie ochrony przeciwpożarowej budynków, innych obiektów budowlanych i terenów (z </w:t>
      </w:r>
      <w:proofErr w:type="spellStart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późn</w:t>
      </w:r>
      <w:proofErr w:type="spellEnd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. zm.).</w:t>
      </w:r>
    </w:p>
    <w:p w14:paraId="5C668F96" w14:textId="77777777" w:rsidR="002E72E4" w:rsidRPr="002E72E4" w:rsidRDefault="002E72E4" w:rsidP="002E72E4">
      <w:pPr>
        <w:spacing w:after="60"/>
        <w:ind w:firstLine="284"/>
        <w:contextualSpacing/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 xml:space="preserve">Rozporządzenie Ministra Edukacji Narodowej i Sportu z dnia 31 grudnia 2002 r. w sprawie bezpieczeństwa i higieny w publicznych i niepublicznych szkołach i placówkach (tekst jednolity: Dz. U. z 2020 r. poz. 1604, z </w:t>
      </w:r>
      <w:proofErr w:type="spellStart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późn</w:t>
      </w:r>
      <w:proofErr w:type="spellEnd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. zm.; w tym zmiana Dz. U. z 2024 r. poz. 933).</w:t>
      </w:r>
    </w:p>
    <w:p w14:paraId="659F5A49" w14:textId="77777777" w:rsidR="002E72E4" w:rsidRPr="002E72E4" w:rsidRDefault="002E72E4" w:rsidP="002E72E4">
      <w:pPr>
        <w:spacing w:after="60"/>
        <w:ind w:firstLine="284"/>
        <w:contextualSpacing/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Ustawa z dnia 10 maja 2018 r. o ochronie danych osobowych oraz rozporządzenie Parlamentu Europejskiego i Rady (UE) 2016/679 z dnia 27 kwietnia 2016 r. (RODO).</w:t>
      </w:r>
    </w:p>
    <w:p w14:paraId="2D5798D5" w14:textId="77777777" w:rsidR="002E72E4" w:rsidRPr="002E72E4" w:rsidRDefault="002E72E4" w:rsidP="002E72E4">
      <w:pPr>
        <w:spacing w:after="60"/>
        <w:ind w:firstLine="284"/>
        <w:contextualSpacing/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 xml:space="preserve">Ustawa z dnia 13 maja 2016 r. o przeciwdziałaniu zagrożeniom przestępczością na tle seksualnym i ochronie małoletnich (z </w:t>
      </w:r>
      <w:proofErr w:type="spellStart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późn</w:t>
      </w:r>
      <w:proofErr w:type="spellEnd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. zm.).</w:t>
      </w:r>
    </w:p>
    <w:p w14:paraId="148EF5F4" w14:textId="77777777" w:rsidR="002E72E4" w:rsidRPr="002E72E4" w:rsidRDefault="002E72E4" w:rsidP="002E72E4">
      <w:pPr>
        <w:spacing w:after="60"/>
        <w:ind w:firstLine="284"/>
        <w:contextualSpacing/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 xml:space="preserve">Ustawa z dnia 10 czerwca 2016 r. o działaniach antyterrorystycznych (z </w:t>
      </w:r>
      <w:proofErr w:type="spellStart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późn</w:t>
      </w:r>
      <w:proofErr w:type="spellEnd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. zm.).</w:t>
      </w:r>
    </w:p>
    <w:p w14:paraId="4B7E4B8F" w14:textId="77777777" w:rsidR="002E72E4" w:rsidRPr="002E72E4" w:rsidRDefault="002E72E4" w:rsidP="002E72E4">
      <w:pPr>
        <w:spacing w:after="60"/>
        <w:ind w:firstLine="284"/>
        <w:contextualSpacing/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 xml:space="preserve">Ustawa z dnia 26 kwietnia 2007 r. o zarządzaniu kryzysowym (z </w:t>
      </w:r>
      <w:proofErr w:type="spellStart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późn</w:t>
      </w:r>
      <w:proofErr w:type="spellEnd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. zm.).</w:t>
      </w:r>
    </w:p>
    <w:p w14:paraId="47259673" w14:textId="77777777" w:rsidR="002E72E4" w:rsidRPr="002E72E4" w:rsidRDefault="002E72E4" w:rsidP="002E72E4">
      <w:pPr>
        <w:spacing w:after="60"/>
        <w:ind w:firstLine="284"/>
        <w:contextualSpacing/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 xml:space="preserve">Ustawa z dnia 8 września 2006 r. o Państwowym Ratownictwie Medycznym (tekst jednolity: Dz. U. z 2026 r. poz. 141, z </w:t>
      </w:r>
      <w:proofErr w:type="spellStart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późn</w:t>
      </w:r>
      <w:proofErr w:type="spellEnd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. zm.).</w:t>
      </w:r>
    </w:p>
    <w:p w14:paraId="08098A07" w14:textId="77777777" w:rsidR="002E72E4" w:rsidRPr="002E72E4" w:rsidRDefault="002E72E4" w:rsidP="002E72E4">
      <w:pPr>
        <w:spacing w:after="60"/>
        <w:ind w:firstLine="284"/>
        <w:contextualSpacing/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 xml:space="preserve">Ustawa z dnia 24 sierpnia 1991 r. o ochronie przeciwpożarowej (tekst jednolity: Dz. U. z 2025 r. poz. 188, z </w:t>
      </w:r>
      <w:proofErr w:type="spellStart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późn</w:t>
      </w:r>
      <w:proofErr w:type="spellEnd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. zm.).</w:t>
      </w:r>
    </w:p>
    <w:p w14:paraId="7100F69F" w14:textId="77777777" w:rsidR="002E72E4" w:rsidRPr="002E72E4" w:rsidRDefault="002E72E4" w:rsidP="002E72E4">
      <w:pPr>
        <w:spacing w:after="60"/>
        <w:ind w:firstLine="284"/>
        <w:contextualSpacing/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 xml:space="preserve">Ustawa z dnia 6 kwietnia 1990 r. o Policji (z </w:t>
      </w:r>
      <w:proofErr w:type="spellStart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późn</w:t>
      </w:r>
      <w:proofErr w:type="spellEnd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. zm.).</w:t>
      </w:r>
    </w:p>
    <w:p w14:paraId="4D0227EC" w14:textId="77777777" w:rsidR="002E72E4" w:rsidRPr="002E72E4" w:rsidRDefault="002E72E4" w:rsidP="002E72E4">
      <w:pPr>
        <w:spacing w:after="60"/>
        <w:ind w:firstLine="284"/>
        <w:contextualSpacing/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 xml:space="preserve">Ustawa z dnia 26 października 1982 r. o wychowaniu w trzeźwości i przeciwdziałaniu alkoholizmowi (z </w:t>
      </w:r>
      <w:proofErr w:type="spellStart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późn</w:t>
      </w:r>
      <w:proofErr w:type="spellEnd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. zm.).</w:t>
      </w:r>
    </w:p>
    <w:p w14:paraId="66C273CE" w14:textId="77777777" w:rsidR="002E72E4" w:rsidRPr="002E72E4" w:rsidRDefault="002E72E4" w:rsidP="002E72E4">
      <w:pPr>
        <w:spacing w:after="60"/>
        <w:ind w:firstLine="284"/>
        <w:contextualSpacing/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 xml:space="preserve">Ustawa z dnia 29 lipca 2005 r. o przeciwdziałaniu narkomanii (z </w:t>
      </w:r>
      <w:proofErr w:type="spellStart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późn</w:t>
      </w:r>
      <w:proofErr w:type="spellEnd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. zm.).</w:t>
      </w:r>
    </w:p>
    <w:p w14:paraId="4CE19554" w14:textId="76990690" w:rsidR="002E72E4" w:rsidRPr="002E72E4" w:rsidRDefault="002E72E4" w:rsidP="002E72E4">
      <w:pPr>
        <w:spacing w:after="60"/>
        <w:ind w:firstLine="284"/>
        <w:contextualSpacing/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Ustawa z dnia 29 lipca 2005 r. o przeciwdziałaniu przemocy domowej (tekst jednolity: Dz. U. z</w:t>
      </w:r>
      <w:r w:rsidR="00721D59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 xml:space="preserve">2024 r. poz. 1673, z </w:t>
      </w:r>
      <w:proofErr w:type="spellStart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późn</w:t>
      </w:r>
      <w:proofErr w:type="spellEnd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. zm.).</w:t>
      </w:r>
    </w:p>
    <w:p w14:paraId="052A9C26" w14:textId="77777777" w:rsidR="002E72E4" w:rsidRPr="002E72E4" w:rsidRDefault="002E72E4" w:rsidP="002E72E4">
      <w:pPr>
        <w:spacing w:after="60"/>
        <w:ind w:firstLine="284"/>
        <w:contextualSpacing/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 xml:space="preserve">Ustawa z dnia 9 czerwca 2022 r. o wspieraniu i resocjalizacji nieletnich (z </w:t>
      </w:r>
      <w:proofErr w:type="spellStart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późn</w:t>
      </w:r>
      <w:proofErr w:type="spellEnd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. zm.).</w:t>
      </w:r>
    </w:p>
    <w:p w14:paraId="4EB50F1B" w14:textId="77777777" w:rsidR="002E72E4" w:rsidRPr="002E72E4" w:rsidRDefault="002E72E4" w:rsidP="002E72E4">
      <w:pPr>
        <w:spacing w:after="60"/>
        <w:ind w:firstLine="284"/>
        <w:contextualSpacing/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 xml:space="preserve">Ustawa z dnia 25 lutego 1964 r. – Kodeks rodzinny i opiekuńczy (z </w:t>
      </w:r>
      <w:proofErr w:type="spellStart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późn</w:t>
      </w:r>
      <w:proofErr w:type="spellEnd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. zm.).</w:t>
      </w:r>
    </w:p>
    <w:p w14:paraId="13116C95" w14:textId="77777777" w:rsidR="002E72E4" w:rsidRPr="002E72E4" w:rsidRDefault="002E72E4" w:rsidP="002E72E4">
      <w:pPr>
        <w:spacing w:after="60"/>
        <w:ind w:firstLine="284"/>
        <w:contextualSpacing/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 xml:space="preserve">Ustawa z dnia 6 czerwca 1997 r. – Kodeks postępowania karnego (z </w:t>
      </w:r>
      <w:proofErr w:type="spellStart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późn</w:t>
      </w:r>
      <w:proofErr w:type="spellEnd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. zm.).</w:t>
      </w:r>
    </w:p>
    <w:p w14:paraId="1E7F4794" w14:textId="77777777" w:rsidR="002E72E4" w:rsidRPr="002E72E4" w:rsidRDefault="002E72E4" w:rsidP="002E72E4">
      <w:pPr>
        <w:spacing w:after="60"/>
        <w:ind w:firstLine="284"/>
        <w:contextualSpacing/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 xml:space="preserve">Ustawa z dnia 6 czerwca 1997 r. – Kodeks karny (z </w:t>
      </w:r>
      <w:proofErr w:type="spellStart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późn</w:t>
      </w:r>
      <w:proofErr w:type="spellEnd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. zm.).</w:t>
      </w:r>
    </w:p>
    <w:p w14:paraId="13E9BC21" w14:textId="77777777" w:rsidR="002E72E4" w:rsidRPr="002E72E4" w:rsidRDefault="002E72E4" w:rsidP="002E72E4">
      <w:pPr>
        <w:spacing w:after="60"/>
        <w:ind w:firstLine="284"/>
        <w:contextualSpacing/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 xml:space="preserve">Ustawa z dnia 26 stycznia 1982 r. – Karta Nauczyciela (z </w:t>
      </w:r>
      <w:proofErr w:type="spellStart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późn</w:t>
      </w:r>
      <w:proofErr w:type="spellEnd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. zm.).</w:t>
      </w:r>
    </w:p>
    <w:p w14:paraId="08E2FCC8" w14:textId="77777777" w:rsidR="002E72E4" w:rsidRPr="002E72E4" w:rsidRDefault="002E72E4" w:rsidP="002E72E4">
      <w:pPr>
        <w:spacing w:after="60"/>
        <w:ind w:firstLine="284"/>
        <w:contextualSpacing/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 xml:space="preserve">Ustawa z dnia 7 września 1991 r. o systemie oświaty (z </w:t>
      </w:r>
      <w:proofErr w:type="spellStart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późn</w:t>
      </w:r>
      <w:proofErr w:type="spellEnd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. zm.).</w:t>
      </w:r>
    </w:p>
    <w:p w14:paraId="07084061" w14:textId="2A47932F" w:rsidR="002E72E4" w:rsidRPr="002E72E4" w:rsidRDefault="002E72E4" w:rsidP="002E72E4">
      <w:pPr>
        <w:spacing w:after="60"/>
        <w:ind w:firstLine="284"/>
        <w:contextualSpacing/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Ustawa z dnia 14 grudnia 2016 r. – Prawo oświatowe (tekst jednolity: Dz. U. z 2026 r. poz. 820, z</w:t>
      </w:r>
      <w:r w:rsidR="00721D59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 </w:t>
      </w:r>
      <w:proofErr w:type="spellStart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późn</w:t>
      </w:r>
      <w:proofErr w:type="spellEnd"/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. zm.).</w:t>
      </w:r>
    </w:p>
    <w:p w14:paraId="7BE1D55F" w14:textId="77777777" w:rsidR="005668AD" w:rsidRDefault="002E72E4" w:rsidP="005668AD">
      <w:pPr>
        <w:spacing w:after="60"/>
        <w:ind w:firstLine="284"/>
        <w:contextualSpacing/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Konstytucja Rzeczypospolitej Polskiej z dnia 2 kwietnia 1997 r.</w:t>
      </w:r>
    </w:p>
    <w:p w14:paraId="72B3C77D" w14:textId="77777777" w:rsidR="005668AD" w:rsidRDefault="00CD08D3" w:rsidP="005668AD">
      <w:pPr>
        <w:spacing w:after="60"/>
        <w:ind w:firstLine="284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>Spis treści</w:t>
      </w:r>
    </w:p>
    <w:p w14:paraId="0C1DC15C" w14:textId="77777777" w:rsidR="005668AD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Procedura kontaktowania się z mediami w sytuacjach kryzysowych....................................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6</w:t>
      </w:r>
    </w:p>
    <w:p w14:paraId="51F3E006" w14:textId="6991740B" w:rsidR="0072214D" w:rsidRPr="005668AD" w:rsidRDefault="00CD08D3" w:rsidP="005668AD">
      <w:pPr>
        <w:spacing w:after="60"/>
        <w:contextualSpacing/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Procedura postępowania w przypadku ewakuacji szkoły ......................................................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7</w:t>
      </w:r>
    </w:p>
    <w:p w14:paraId="13E622B8" w14:textId="66BF5CEB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Procedura postępowania w przypadku pożaru w budynku szkoły .....................................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8</w:t>
      </w:r>
    </w:p>
    <w:p w14:paraId="7ECEACD4" w14:textId="59993CD3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4. Procedura postępowania w przypadku zagrożenia chorobą zakaźną .................................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10</w:t>
      </w:r>
    </w:p>
    <w:p w14:paraId="59C945DD" w14:textId="6ED9B447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5. Procedura postępowania w przypadku ataku terrorystycznego i alarmu bombowego 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11</w:t>
      </w:r>
    </w:p>
    <w:p w14:paraId="198A0B13" w14:textId="04CFA075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a)      w przypadku wtargnięcia napastników do obiektu ..................................................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 11</w:t>
      </w:r>
    </w:p>
    <w:p w14:paraId="5FD79EEF" w14:textId="3BB08CA5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b)      w przypadku użycia broni palnej na terenie szkoły .................................................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 12</w:t>
      </w:r>
    </w:p>
    <w:p w14:paraId="6DF91827" w14:textId="03C5FCAD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c)      w sytuacji otrzymania informacji o podłożeniu ładunku wybuchowego: ............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 12</w:t>
      </w:r>
    </w:p>
    <w:p w14:paraId="08208E80" w14:textId="5578EE87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d)      w razie wybuchu bomby: ..................................................................................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 13</w:t>
      </w:r>
    </w:p>
    <w:p w14:paraId="437F2187" w14:textId="77777777" w:rsidR="00AC069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6. Procedury postępowania w sytuacji stwierdzenia na terenie szkoły podejrzanych przedmiotów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</w:p>
    <w:p w14:paraId="0F0272F1" w14:textId="2DAF4804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lub substancji nie będących w posiadaniu uczniów. 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.........................................................................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14</w:t>
      </w:r>
    </w:p>
    <w:p w14:paraId="6C00442A" w14:textId="77777777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7. Procedury postępowania w sytuacji uszkodzenia lub zniszczenia mienia szkolnego przez</w:t>
      </w:r>
    </w:p>
    <w:p w14:paraId="6143FD6F" w14:textId="123CB639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ucznia ..........................................................................................................................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............. 15</w:t>
      </w:r>
    </w:p>
    <w:p w14:paraId="085E8709" w14:textId="0DB7B083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8. Procedury postępowania w sytuacji kradzieży na terenie szkoły ....................................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 16</w:t>
      </w:r>
    </w:p>
    <w:p w14:paraId="2D6F137A" w14:textId="77777777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9.Procedury regulujące prawo do korzystania z telefonu komórkowego oraz innych urządzeń</w:t>
      </w:r>
    </w:p>
    <w:p w14:paraId="194AF36F" w14:textId="24594ED8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elektronicznych przez uczniów podczas zajęć szkolnych ....................................................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 17</w:t>
      </w:r>
    </w:p>
    <w:p w14:paraId="6B69A112" w14:textId="77777777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10. Procedury postępowania w przypadku obecności na terenie szkoły osób niepożądanych,</w:t>
      </w:r>
    </w:p>
    <w:p w14:paraId="4E550EC6" w14:textId="7D138B5C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zachowujących się niewłaściwie lub zwierząt zagrażających bezpieczeństwu uczniów ........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18</w:t>
      </w:r>
    </w:p>
    <w:p w14:paraId="302496AD" w14:textId="16D66FFC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a)     w przypadku obecności zwierząt (bez opieki właściciela) na terenie szkoły: 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 18</w:t>
      </w:r>
    </w:p>
    <w:p w14:paraId="06B52F09" w14:textId="77777777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b)      w przypadku obecności osób trzecich, bezzasadnie przebywających na terenie szkoły</w:t>
      </w:r>
    </w:p>
    <w:p w14:paraId="6FDA2AFB" w14:textId="0D409414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lub osób zachowujących się niewłaściwie na terenie szkoły ..........................................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 18</w:t>
      </w:r>
    </w:p>
    <w:p w14:paraId="1FAFE0A9" w14:textId="77777777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11. Procedury postępowania w przypadku agresywnych </w:t>
      </w:r>
      <w:proofErr w:type="spellStart"/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zachowań</w:t>
      </w:r>
      <w:proofErr w:type="spellEnd"/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uczniów wobec innych osób</w:t>
      </w:r>
    </w:p>
    <w:p w14:paraId="394A8870" w14:textId="4D6FB0FD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społeczności szkolnej oraz agresywnych </w:t>
      </w:r>
      <w:proofErr w:type="spellStart"/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zachowań</w:t>
      </w:r>
      <w:proofErr w:type="spellEnd"/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osób dorosłych wobec ucznia 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 19</w:t>
      </w:r>
    </w:p>
    <w:p w14:paraId="7B6110BE" w14:textId="77777777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a)      w przypadku </w:t>
      </w:r>
      <w:proofErr w:type="spellStart"/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zachowań</w:t>
      </w:r>
      <w:proofErr w:type="spellEnd"/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uniemożliwiających prowadzenie lekcji (zaczepne zachowanie</w:t>
      </w:r>
    </w:p>
    <w:p w14:paraId="55CC43FB" w14:textId="77777777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 stosunku do rówieśników i nauczycieli, głośne rozmowy, chodzenie po sali, brak reakcji na</w:t>
      </w:r>
    </w:p>
    <w:p w14:paraId="1858D0DF" w14:textId="4005FBE5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polecenia nauczyciela itp.) ...........................................................................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........................ 19</w:t>
      </w:r>
    </w:p>
    <w:p w14:paraId="2251C8F0" w14:textId="51BE5FAE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b)      w przypadku agresywnego zachowania ucznia wobec innego ucznia ........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.............. 19</w:t>
      </w:r>
    </w:p>
    <w:p w14:paraId="4523D96C" w14:textId="07C37C95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c)      w przypadku używania przez ucznia wulgaryzmów wobec rówieśników (agresja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słowna): 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…..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20</w:t>
      </w:r>
    </w:p>
    <w:p w14:paraId="0B58E39F" w14:textId="21CEFDC9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d)      w sytuacji bójki między uczniami na terenie szkoły: ................................................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20</w:t>
      </w:r>
    </w:p>
    <w:p w14:paraId="6C210700" w14:textId="77777777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e)      w sytuacji zastraszania, wymuszania, wywierania presji na terenie szkoły oraz innych</w:t>
      </w:r>
    </w:p>
    <w:p w14:paraId="4A168CB3" w14:textId="41304E7C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rodzajów przemocy psychicznej ..........................................................................................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21</w:t>
      </w:r>
    </w:p>
    <w:p w14:paraId="5E20990D" w14:textId="4FA3D19C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f)      w sytuacji stwierdzenia przemocy fizycznej pozaszkolnej względem ucznia. ........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 21</w:t>
      </w:r>
    </w:p>
    <w:p w14:paraId="239C6263" w14:textId="59CD0B42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g)      w przypadku agresji słownej lub/i fizycznej ucznia wobec nauczyciela .................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 22</w:t>
      </w:r>
    </w:p>
    <w:p w14:paraId="41774190" w14:textId="30658435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h)      w przypadku agresywnego zachowania pracownika szkoły wobec ucznia ..........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 23</w:t>
      </w:r>
    </w:p>
    <w:p w14:paraId="026B15A6" w14:textId="10035254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i)      w przypadku agresywnego zachowania rodziców i innych osób dorosłych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przebywających na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terenie szkoły wobec uczniów.........................................................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............................................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 23</w:t>
      </w:r>
    </w:p>
    <w:p w14:paraId="612A2651" w14:textId="7BE3A64E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j)      Postępowanie wobec ofiar i sprawców cyberprzemocy .................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........................... 23</w:t>
      </w:r>
    </w:p>
    <w:p w14:paraId="290CE74B" w14:textId="49973378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12. Postępowanie wobec ofiar przemocy fizycznej i psychicznej w rodzinie ...............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 25</w:t>
      </w:r>
    </w:p>
    <w:p w14:paraId="6F11E802" w14:textId="77777777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13. Postępowanie wobec ucznia - sprawcy czynu karalnego lub przestępstwa, (rozbój,</w:t>
      </w:r>
    </w:p>
    <w:p w14:paraId="1CFE84AC" w14:textId="7023DF58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uszkodzenie ciała, itp.) ...............................................................................................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.............. 26</w:t>
      </w:r>
    </w:p>
    <w:p w14:paraId="6B347C58" w14:textId="449ACF7F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14. Postępowania wobec ucznia, który stał się ofiarą czynu karalnego ...................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............... 27</w:t>
      </w:r>
    </w:p>
    <w:p w14:paraId="57932F35" w14:textId="77777777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15. Procedury postępowania w przypadku posiadania przez uczniów niebezpiecznych narzędzi,</w:t>
      </w:r>
    </w:p>
    <w:p w14:paraId="4486EC2E" w14:textId="6D9E73FC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>przedmiotów i niebezpiecznych substancji, w tym substancji odurzających .............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............. 27</w:t>
      </w:r>
    </w:p>
    <w:p w14:paraId="5D4E6929" w14:textId="7DFB44A1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16. Procedury postępowania w sytuacji używania przez uczniów substancji odurzających i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uzależniających ( nikotyna, alkohol, narkotyki, leki psychotropowe, tzw. dopalacze itp. 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 29</w:t>
      </w:r>
    </w:p>
    <w:p w14:paraId="24253831" w14:textId="77777777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a)      w sytuacji podejrzenia, że uczeń znajduje się pod wpływem alkoholu lub środków</w:t>
      </w:r>
    </w:p>
    <w:p w14:paraId="42E971AA" w14:textId="3627265C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odurzających .................................................................................................................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 29</w:t>
      </w:r>
    </w:p>
    <w:p w14:paraId="10BA53A3" w14:textId="312346BF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b)      w sytuacji stwierdzenia palenia tytoniu przez ucznia ............................................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 29</w:t>
      </w:r>
    </w:p>
    <w:p w14:paraId="572755A0" w14:textId="77777777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17. Procedury postępowania w sytuacji gdy uczeń uległ wypadkowi podczas zajęć szkolnych,</w:t>
      </w:r>
    </w:p>
    <w:p w14:paraId="1B0CCAEC" w14:textId="31B87F87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zajęć pozalekcyjnych oraz podczas przerw śródlekcyjnych .......................................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............. 30</w:t>
      </w:r>
    </w:p>
    <w:p w14:paraId="54D17382" w14:textId="1C7AA0CD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18. Procedura postępowania w przypadku nagłej niedyspozycji zdrowotnej ucznia .........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 31</w:t>
      </w:r>
    </w:p>
    <w:p w14:paraId="4CBA87D6" w14:textId="2B8927D8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19. Postępowanie w przypadku ucieczki ucznia ze szkoły w czasie zajęć lekcyjnych i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pozalekcyjnych................................................................................................................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 32</w:t>
      </w:r>
    </w:p>
    <w:p w14:paraId="2AF9EC78" w14:textId="77777777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20. Procedury postępowania w przypadku wagarów, powtarzających się nieusprawiedliwionych</w:t>
      </w:r>
    </w:p>
    <w:p w14:paraId="50F18C43" w14:textId="0A44ADC0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nieobecności ucznia na lekcjach .........................................................................................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 33</w:t>
      </w:r>
    </w:p>
    <w:p w14:paraId="5D9EC9EB" w14:textId="77777777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21. Procedury postępowania w przypadku oddalenia się ucznia od grupy w czasie wycieczki</w:t>
      </w:r>
    </w:p>
    <w:p w14:paraId="2FB52592" w14:textId="07E49DCB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szkolnej na terenie miasta i poza miejscem zamieszkania ...............................................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 34</w:t>
      </w:r>
    </w:p>
    <w:p w14:paraId="536F2CC7" w14:textId="360A34FC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22. Procedura postępowania w przypadku zabójstwa/samobójstwa .............................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 35</w:t>
      </w:r>
    </w:p>
    <w:p w14:paraId="38AF1439" w14:textId="70D5B1B9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23. Procedura postępowania dyrektora ZPO w Ruszczy w przypadku, gdy policja dokonuje zatrzymania</w:t>
      </w:r>
      <w:r w:rsidR="00753819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nieletniego sprawcy czynu karalnego przebywającego na zajęciach w szkole.</w:t>
      </w:r>
      <w:r w:rsidR="00753819">
        <w:rPr>
          <w:rFonts w:ascii="Times New Roman" w:hAnsi="Times New Roman" w:cs="Times New Roman"/>
          <w:bCs/>
          <w:sz w:val="24"/>
          <w:szCs w:val="24"/>
          <w:lang w:val="pl-PL"/>
        </w:rPr>
        <w:t>,,,,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 36</w:t>
      </w:r>
    </w:p>
    <w:p w14:paraId="4CEBA0B0" w14:textId="024BD662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24. Procedura postępowania dyrektora/wicedyrektora, pedagoga lub psychologa szkolnego, jeśli jest zatrudniony w przypadku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uzyskania informacji o popełnieniu przestępstwa ściganego z urzędu na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terenie szkoły. 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..........................................................................................................................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 37</w:t>
      </w:r>
    </w:p>
    <w:p w14:paraId="06805D14" w14:textId="77777777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25. Procedura postępowania w przypadku ujawnienia przestępstwa ściganego na wniosek</w:t>
      </w:r>
    </w:p>
    <w:p w14:paraId="057F7347" w14:textId="4F5BB4EF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pokrzywdzonego na terenie szkoły. ..................................................</w:t>
      </w:r>
      <w:r w:rsidR="00AC069D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....................................... 38</w:t>
      </w:r>
    </w:p>
    <w:p w14:paraId="05762850" w14:textId="77777777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26. Procedura postępowania w przypadku żałoby po śmierci ucznia (za wyjątkiem śmierci</w:t>
      </w:r>
    </w:p>
    <w:p w14:paraId="20F53D69" w14:textId="6ECDFF87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samobójczej) .....................................................................................................................</w:t>
      </w:r>
      <w:r w:rsidR="003B76A5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 39</w:t>
      </w:r>
    </w:p>
    <w:p w14:paraId="7B41AF65" w14:textId="77777777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27. Procedura postępowania nauczycieli w przypadku konieczności zawiadamiania o śmierci</w:t>
      </w:r>
    </w:p>
    <w:p w14:paraId="21F2B61F" w14:textId="0A025AA3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ucznia .......................................................................................................................................</w:t>
      </w:r>
      <w:r w:rsidR="003B76A5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40</w:t>
      </w:r>
    </w:p>
    <w:p w14:paraId="7741839F" w14:textId="77777777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28. Procedura postępowania w przypadku nieodebrania ucznia przez rodziców ze świetlicy</w:t>
      </w:r>
    </w:p>
    <w:p w14:paraId="27636C17" w14:textId="6803E17E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szkolnej ....................................................................................................................................</w:t>
      </w:r>
      <w:r w:rsidR="003B76A5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42</w:t>
      </w:r>
    </w:p>
    <w:p w14:paraId="2C36759D" w14:textId="779B9B11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29. Procedura postępowania w sytuacji braku kontaktu z rodzicami ucznia ........................</w:t>
      </w:r>
      <w:r w:rsidR="003B76A5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 43</w:t>
      </w:r>
    </w:p>
    <w:p w14:paraId="404AD7E9" w14:textId="4AE97B51" w:rsidR="0072214D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30. Postępowanie po zakończeniu trwania kryzysu ............................................................</w:t>
      </w:r>
      <w:r w:rsidR="003B76A5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 44</w:t>
      </w:r>
    </w:p>
    <w:p w14:paraId="1E582432" w14:textId="77777777" w:rsidR="003B76A5" w:rsidRPr="002E72E4" w:rsidRDefault="003B76A5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178F8D69" w14:textId="510FF8EC" w:rsidR="003B76A5" w:rsidRPr="002E72E4" w:rsidRDefault="00CD08D3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We wszystkich miejscach, gdzie wymieniony jest dyrektor szkoły, w przypadku jego</w:t>
      </w:r>
      <w:r w:rsidR="003B76A5"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nieobecności zgodnie z §13 ust.5 Statutu ZPO w Ruszczy obowiązki i kompetencje dyrektora</w:t>
      </w:r>
      <w:r w:rsidR="00753819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przejmuje osoba przez niego wyznaczona.</w:t>
      </w:r>
    </w:p>
    <w:p w14:paraId="5E25C660" w14:textId="77777777" w:rsidR="003B76A5" w:rsidRPr="002E72E4" w:rsidRDefault="003B76A5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2EF1C1F3" w14:textId="77777777" w:rsidR="003B76A5" w:rsidRPr="002E72E4" w:rsidRDefault="003B76A5" w:rsidP="005668AD">
      <w:pPr>
        <w:spacing w:after="60"/>
        <w:contextualSpacing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br w:type="page"/>
      </w:r>
    </w:p>
    <w:p w14:paraId="78C7F27E" w14:textId="420402F1" w:rsidR="0072214D" w:rsidRPr="002E72E4" w:rsidRDefault="003B76A5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>1. PROCEDURA KONTAKTOWANIA SIĘ Z MEDIAMI W SYTUACJACH KRYZYSOWYCH</w:t>
      </w:r>
    </w:p>
    <w:p w14:paraId="21F5123A" w14:textId="77777777" w:rsidR="003B76A5" w:rsidRPr="002E72E4" w:rsidRDefault="003B76A5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324142A7" w14:textId="4D0506C2" w:rsidR="0072214D" w:rsidRPr="002E72E4" w:rsidRDefault="00CD08D3" w:rsidP="00E840F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Sytuacja kryzysowa jest skrajnym odejściem od normy, sensacją, którą media są bardzo</w:t>
      </w:r>
      <w:r w:rsidR="00E840F1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zainteresowane. Nie można ich lekceważyć, bo mają duży zasięg i dużą wiarygodność.</w:t>
      </w:r>
    </w:p>
    <w:p w14:paraId="5A7C29F1" w14:textId="77777777" w:rsidR="00E840F1" w:rsidRDefault="00E840F1" w:rsidP="00E840F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0CA6DDE2" w14:textId="54E118AB" w:rsidR="0072214D" w:rsidRPr="002E72E4" w:rsidRDefault="00CD08D3" w:rsidP="00E840F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Wizerunek szkoły jest przez to poważnie zagrożony.</w:t>
      </w:r>
    </w:p>
    <w:p w14:paraId="789AD913" w14:textId="77777777" w:rsidR="0072214D" w:rsidRPr="002E72E4" w:rsidRDefault="00CD08D3" w:rsidP="00E840F1">
      <w:pPr>
        <w:pStyle w:val="Nagwek1"/>
        <w:spacing w:before="0" w:line="240" w:lineRule="auto"/>
        <w:jc w:val="both"/>
        <w:rPr>
          <w:rFonts w:ascii="Times New Roman" w:hAnsi="Times New Roman" w:cs="Times New Roman"/>
          <w:b w:val="0"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 w:val="0"/>
          <w:sz w:val="24"/>
          <w:szCs w:val="24"/>
          <w:lang w:val="pl-PL"/>
        </w:rPr>
        <w:t>1.      Dyrektor sam kontaktuje się z mediami lub wyznacza osobę do kontaktu z mediami.</w:t>
      </w:r>
    </w:p>
    <w:p w14:paraId="6786B406" w14:textId="77777777" w:rsidR="0072214D" w:rsidRPr="002E72E4" w:rsidRDefault="00CD08D3" w:rsidP="00E840F1">
      <w:pPr>
        <w:pStyle w:val="Nagwek1"/>
        <w:spacing w:before="0" w:line="240" w:lineRule="auto"/>
        <w:jc w:val="both"/>
        <w:rPr>
          <w:rFonts w:ascii="Times New Roman" w:hAnsi="Times New Roman" w:cs="Times New Roman"/>
          <w:b w:val="0"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 w:val="0"/>
          <w:sz w:val="24"/>
          <w:szCs w:val="24"/>
          <w:lang w:val="pl-PL"/>
        </w:rPr>
        <w:t>2.      Nikt, poza wskazana osobą, z członków rady pedagogicznej ani z pracowników szkoły</w:t>
      </w:r>
    </w:p>
    <w:p w14:paraId="35B5296A" w14:textId="77777777" w:rsidR="0072214D" w:rsidRPr="002E72E4" w:rsidRDefault="00CD08D3" w:rsidP="00E840F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nie udziela wywiadów.</w:t>
      </w:r>
    </w:p>
    <w:p w14:paraId="02029C2E" w14:textId="77777777" w:rsidR="0072214D" w:rsidRPr="002E72E4" w:rsidRDefault="00CD08D3" w:rsidP="00E840F1">
      <w:pPr>
        <w:pStyle w:val="Nagwek1"/>
        <w:spacing w:before="0" w:line="240" w:lineRule="auto"/>
        <w:jc w:val="both"/>
        <w:rPr>
          <w:rFonts w:ascii="Times New Roman" w:hAnsi="Times New Roman" w:cs="Times New Roman"/>
          <w:b w:val="0"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 w:val="0"/>
          <w:sz w:val="24"/>
          <w:szCs w:val="24"/>
          <w:lang w:val="pl-PL"/>
        </w:rPr>
        <w:t>3.      Osoba kontaktująca się z mediami przygotowuje wypowiedzi stosując się do wskazówek</w:t>
      </w:r>
    </w:p>
    <w:p w14:paraId="7E80D791" w14:textId="77777777" w:rsidR="003B76A5" w:rsidRPr="002E72E4" w:rsidRDefault="00CD08D3" w:rsidP="00E840F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zawartych w załączniku do procedur. (Załącznik nr 1)</w:t>
      </w:r>
    </w:p>
    <w:p w14:paraId="784C1611" w14:textId="77777777" w:rsidR="003B76A5" w:rsidRPr="002E72E4" w:rsidRDefault="003B76A5" w:rsidP="00E840F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480322E1" w14:textId="77777777" w:rsidR="003B76A5" w:rsidRPr="002E72E4" w:rsidRDefault="003B76A5" w:rsidP="003B76A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441B7A8C" w14:textId="77777777" w:rsidR="00E840F1" w:rsidRDefault="003B76A5" w:rsidP="00E840F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PROCEDURA POSTĘPOWANIA W PRZYPADKU EWAKUACJI SZKOŁY</w:t>
      </w:r>
    </w:p>
    <w:p w14:paraId="4437DA91" w14:textId="77777777" w:rsidR="00E840F1" w:rsidRDefault="00E840F1" w:rsidP="00E840F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5B9B97FC" w14:textId="77777777" w:rsidR="00283936" w:rsidRDefault="00CD08D3" w:rsidP="00E840F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sz w:val="24"/>
          <w:szCs w:val="24"/>
          <w:lang w:val="pl-PL"/>
        </w:rPr>
        <w:t>1.   Decyzję o ewakuacji podejmuje dyrektor szkoły.</w:t>
      </w:r>
    </w:p>
    <w:p w14:paraId="4224698D" w14:textId="7F65987B" w:rsidR="00283936" w:rsidRDefault="00CD08D3" w:rsidP="0028393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sz w:val="24"/>
          <w:szCs w:val="24"/>
          <w:lang w:val="pl-PL"/>
        </w:rPr>
        <w:t>2.   Alarmowanie o zagrożeniach w budynku szkoły odbywa się w ramach wewnętrznego</w:t>
      </w:r>
      <w:r w:rsidR="00E840F1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systemu alarmowania: przerywany sygnał dźwiękowy lub w przypadku braku prądu-</w:t>
      </w:r>
      <w:r w:rsidR="00E840F1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dzwonek ręczny. W</w:t>
      </w:r>
      <w:r w:rsidR="00283936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każdym wypadku zagrożenia wymagającego ewakuacji </w:t>
      </w:r>
      <w:proofErr w:type="spellStart"/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kilkaktotnie</w:t>
      </w:r>
      <w:proofErr w:type="spellEnd"/>
      <w:r w:rsidR="00283936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powtarzamy słowny komunikat - „EWAKUACJA”.</w:t>
      </w:r>
    </w:p>
    <w:p w14:paraId="3A29BDE4" w14:textId="77777777" w:rsidR="00283936" w:rsidRDefault="00CD08D3" w:rsidP="0028393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sz w:val="24"/>
          <w:szCs w:val="24"/>
          <w:lang w:val="pl-PL"/>
        </w:rPr>
        <w:t>3.   Komunikat o ewakuacji powinien być słownie doprowadzony do wszystkich osób</w:t>
      </w:r>
      <w:r w:rsidR="00283936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znajdujących się na terenie szkoły.</w:t>
      </w:r>
    </w:p>
    <w:p w14:paraId="49513D74" w14:textId="77777777" w:rsidR="00283936" w:rsidRDefault="00CD08D3" w:rsidP="0028393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sz w:val="24"/>
          <w:szCs w:val="24"/>
          <w:lang w:val="pl-PL"/>
        </w:rPr>
        <w:t>4.   W dalszej kolejności ewakuuje się osoby z pozostałych pomieszczeń zgodnie</w:t>
      </w:r>
      <w:r w:rsidR="00283936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 opracowanymi procedurami organizacji i przebiegu ewakuacji.</w:t>
      </w:r>
    </w:p>
    <w:p w14:paraId="29DDFD37" w14:textId="77777777" w:rsidR="00283936" w:rsidRDefault="00CD08D3" w:rsidP="002839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sz w:val="24"/>
          <w:szCs w:val="24"/>
          <w:lang w:val="pl-PL"/>
        </w:rPr>
        <w:t>5.   Opuszczane pomieszczenia nie powinny być zamykane na klucz.</w:t>
      </w:r>
    </w:p>
    <w:p w14:paraId="21AE7A68" w14:textId="3FC27AE8" w:rsidR="00283936" w:rsidRDefault="00CD08D3" w:rsidP="0028393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sz w:val="24"/>
          <w:szCs w:val="24"/>
          <w:lang w:val="pl-PL"/>
        </w:rPr>
        <w:t>6.   Po zakończeniu ewakuacji opiekun grupy zobowiązany jest do sprawdzenia listy</w:t>
      </w:r>
      <w:r w:rsidR="00283936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obecności.</w:t>
      </w:r>
    </w:p>
    <w:p w14:paraId="47FE9872" w14:textId="10198D7F" w:rsidR="003B76A5" w:rsidRPr="002E72E4" w:rsidRDefault="00CD08D3" w:rsidP="003B76A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sz w:val="24"/>
          <w:szCs w:val="24"/>
          <w:lang w:val="pl-PL"/>
        </w:rPr>
        <w:t>7.   W razie podejrzenia, że ktoś mógł pozostać w strefie zagrożonej, należy powiadomić</w:t>
      </w:r>
      <w:r w:rsidR="00283936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 tym fakcie dyrektora ZPO w Ruszczy lub służby ratownicze.</w:t>
      </w:r>
    </w:p>
    <w:p w14:paraId="4E147D30" w14:textId="77777777" w:rsidR="003B76A5" w:rsidRPr="002E72E4" w:rsidRDefault="003B76A5" w:rsidP="003B76A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7B72946D" w14:textId="1B55457F" w:rsidR="0072214D" w:rsidRPr="002E72E4" w:rsidRDefault="003B76A5" w:rsidP="003B76A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PROCEDURA POSTĘPOWANIA W PRZYPADKU POŻARU W BUDYNKU SZKOŁY</w:t>
      </w:r>
    </w:p>
    <w:p w14:paraId="1031ED23" w14:textId="77777777" w:rsidR="003B76A5" w:rsidRPr="002E72E4" w:rsidRDefault="003B76A5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3EB18A65" w14:textId="24B6180F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 sytuacji zagrożenia pożarem należy postępować zgodnie z wytycznymi Instrukcji</w:t>
      </w:r>
      <w:r w:rsidR="00283936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Bezpieczeństwa Pożarowego dla Zespołu Placówek Oświatowych w Ruszczy opracowanej przez specjalistę ds. ochrony przeciwpożarowej.</w:t>
      </w:r>
    </w:p>
    <w:p w14:paraId="1C4D12DA" w14:textId="4404C6C0" w:rsidR="0072214D" w:rsidRPr="00283936" w:rsidRDefault="00CD08D3" w:rsidP="002839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sz w:val="24"/>
          <w:szCs w:val="24"/>
          <w:lang w:val="pl-PL"/>
        </w:rPr>
        <w:t>1.   Jeżeli zauważy się pożar lub otrzyma informację o pożarze, należy natychmiast</w:t>
      </w:r>
      <w:r w:rsidR="002E72E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sz w:val="24"/>
          <w:szCs w:val="24"/>
          <w:lang w:val="pl-PL"/>
        </w:rPr>
        <w:t>zaalarmować wszystkie osoby znajdujące się w bezpośrednim otoczeniu strefy objętej</w:t>
      </w:r>
      <w:r w:rsidR="002E72E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sz w:val="24"/>
          <w:szCs w:val="24"/>
          <w:lang w:val="pl-PL"/>
        </w:rPr>
        <w:t>pożarem oraz Państwową Straż Pożarną lub zadzwonić pod numer alarmowy 112.</w:t>
      </w:r>
    </w:p>
    <w:p w14:paraId="458DA732" w14:textId="016BD3F1" w:rsidR="0072214D" w:rsidRPr="00283936" w:rsidRDefault="00CD08D3" w:rsidP="002839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sz w:val="24"/>
          <w:szCs w:val="24"/>
          <w:lang w:val="pl-PL"/>
        </w:rPr>
        <w:t>2.   Należy użyć ustalonego alarmu pożarowego zgodnego z wewnętrznym systemem</w:t>
      </w:r>
      <w:r w:rsidR="002E72E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sz w:val="24"/>
          <w:szCs w:val="24"/>
          <w:lang w:val="pl-PL"/>
        </w:rPr>
        <w:t>alarmowania w</w:t>
      </w:r>
      <w:r w:rsidR="002E72E4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sz w:val="24"/>
          <w:szCs w:val="24"/>
          <w:lang w:val="pl-PL"/>
        </w:rPr>
        <w:t>szkole.</w:t>
      </w:r>
    </w:p>
    <w:p w14:paraId="66540CD1" w14:textId="77777777" w:rsidR="0072214D" w:rsidRPr="00283936" w:rsidRDefault="00CD08D3" w:rsidP="002839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sz w:val="24"/>
          <w:szCs w:val="24"/>
          <w:lang w:val="pl-PL"/>
        </w:rPr>
        <w:t>3.   O zdarzeniu należy poinformować natychmiast dyrektora ZPO w Ruszczy.</w:t>
      </w:r>
    </w:p>
    <w:p w14:paraId="417C9E18" w14:textId="77777777" w:rsidR="0072214D" w:rsidRPr="00283936" w:rsidRDefault="00CD08D3" w:rsidP="002839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sz w:val="24"/>
          <w:szCs w:val="24"/>
          <w:lang w:val="pl-PL"/>
        </w:rPr>
        <w:t>4.   Należy bezzwłocznie przystąpić do gaszenia pożaru przy pomocy sprzętu gaśniczego</w:t>
      </w:r>
    </w:p>
    <w:p w14:paraId="64C9D555" w14:textId="77777777" w:rsidR="0072214D" w:rsidRPr="00283936" w:rsidRDefault="00CD08D3" w:rsidP="002839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283936">
        <w:rPr>
          <w:rFonts w:ascii="Times New Roman" w:hAnsi="Times New Roman" w:cs="Times New Roman"/>
          <w:sz w:val="24"/>
          <w:szCs w:val="24"/>
          <w:lang w:val="pl-PL"/>
        </w:rPr>
        <w:t>znajdującego się w budynku.</w:t>
      </w:r>
    </w:p>
    <w:p w14:paraId="2E0A1D2F" w14:textId="77777777" w:rsidR="0072214D" w:rsidRPr="00283936" w:rsidRDefault="00CD08D3" w:rsidP="002839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283936">
        <w:rPr>
          <w:rFonts w:ascii="Times New Roman" w:hAnsi="Times New Roman" w:cs="Times New Roman"/>
          <w:sz w:val="24"/>
          <w:szCs w:val="24"/>
          <w:lang w:val="pl-PL"/>
        </w:rPr>
        <w:t>Uwaga! Nie wolno gasić ognia, którego nie jest się w stanie opanować! Nie gasi się wodą</w:t>
      </w:r>
    </w:p>
    <w:p w14:paraId="550E5EDA" w14:textId="77777777" w:rsidR="0072214D" w:rsidRPr="00283936" w:rsidRDefault="00CD08D3" w:rsidP="002839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283936">
        <w:rPr>
          <w:rFonts w:ascii="Times New Roman" w:hAnsi="Times New Roman" w:cs="Times New Roman"/>
          <w:sz w:val="24"/>
          <w:szCs w:val="24"/>
          <w:lang w:val="pl-PL"/>
        </w:rPr>
        <w:t>urządzeń pod napięciem oraz cieczy łatwopalnych!</w:t>
      </w:r>
    </w:p>
    <w:p w14:paraId="2359B5AD" w14:textId="77777777" w:rsidR="0072214D" w:rsidRPr="00283936" w:rsidRDefault="00CD08D3" w:rsidP="002839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sz w:val="24"/>
          <w:szCs w:val="24"/>
          <w:lang w:val="pl-PL"/>
        </w:rPr>
        <w:t>5.   Dyrektor zarządza ewakuację ze strefy zagrożonej, ewakuacja odbywa się zgodnie</w:t>
      </w:r>
    </w:p>
    <w:p w14:paraId="439B7794" w14:textId="77777777" w:rsidR="0072214D" w:rsidRPr="00283936" w:rsidRDefault="00CD08D3" w:rsidP="002839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283936">
        <w:rPr>
          <w:rFonts w:ascii="Times New Roman" w:hAnsi="Times New Roman" w:cs="Times New Roman"/>
          <w:sz w:val="24"/>
          <w:szCs w:val="24"/>
          <w:lang w:val="pl-PL"/>
        </w:rPr>
        <w:t>z procedurą ewakuacji.</w:t>
      </w:r>
    </w:p>
    <w:p w14:paraId="3E47386A" w14:textId="77777777" w:rsidR="0072214D" w:rsidRPr="00283936" w:rsidRDefault="00CD08D3" w:rsidP="002839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sz w:val="24"/>
          <w:szCs w:val="24"/>
          <w:lang w:val="pl-PL"/>
        </w:rPr>
        <w:t>6.   Do przybycia Straży Pożarnej akcją kieruje dyrektor szkoły.</w:t>
      </w:r>
    </w:p>
    <w:p w14:paraId="4D4C1791" w14:textId="77777777" w:rsidR="0072214D" w:rsidRPr="00283936" w:rsidRDefault="00CD08D3" w:rsidP="002839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sz w:val="24"/>
          <w:szCs w:val="24"/>
          <w:lang w:val="pl-PL"/>
        </w:rPr>
        <w:t>7.   Wszyscy pracownicy muszą bezwzględnie podporządkować się poleceniom kierującego</w:t>
      </w:r>
    </w:p>
    <w:p w14:paraId="7B310671" w14:textId="77777777" w:rsidR="0072214D" w:rsidRPr="00283936" w:rsidRDefault="00CD08D3" w:rsidP="002839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283936">
        <w:rPr>
          <w:rFonts w:ascii="Times New Roman" w:hAnsi="Times New Roman" w:cs="Times New Roman"/>
          <w:sz w:val="24"/>
          <w:szCs w:val="24"/>
          <w:lang w:val="pl-PL"/>
        </w:rPr>
        <w:t>akcją.</w:t>
      </w:r>
    </w:p>
    <w:p w14:paraId="22D1050E" w14:textId="77777777" w:rsidR="0072214D" w:rsidRPr="00283936" w:rsidRDefault="00CD08D3" w:rsidP="002839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sz w:val="24"/>
          <w:szCs w:val="24"/>
          <w:lang w:val="pl-PL"/>
        </w:rPr>
        <w:t>8.   Dyrektor zleca pracownikowi ds. technicznych wyłączenie głównego wyłącznika prądu.</w:t>
      </w:r>
    </w:p>
    <w:p w14:paraId="47BBA20F" w14:textId="77777777" w:rsidR="0072214D" w:rsidRPr="00283936" w:rsidRDefault="00CD08D3" w:rsidP="002839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sz w:val="24"/>
          <w:szCs w:val="24"/>
          <w:lang w:val="pl-PL"/>
        </w:rPr>
        <w:lastRenderedPageBreak/>
        <w:t>9.   Jeżeli to możliwe, dyrektor poleca usunąć z miejsca pożaru i bezpośredniego sąsiedztwa</w:t>
      </w:r>
    </w:p>
    <w:p w14:paraId="0444E73B" w14:textId="77777777" w:rsidR="0072214D" w:rsidRPr="00283936" w:rsidRDefault="00CD08D3" w:rsidP="002839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283936">
        <w:rPr>
          <w:rFonts w:ascii="Times New Roman" w:hAnsi="Times New Roman" w:cs="Times New Roman"/>
          <w:sz w:val="24"/>
          <w:szCs w:val="24"/>
          <w:lang w:val="pl-PL"/>
        </w:rPr>
        <w:t>wszelkie znajdujące się tam materiały palne, wybuchowe, toksyczne, a także cenny sprzęt i</w:t>
      </w:r>
    </w:p>
    <w:p w14:paraId="62676460" w14:textId="77777777" w:rsidR="0072214D" w:rsidRPr="00283936" w:rsidRDefault="00CD08D3" w:rsidP="002839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283936">
        <w:rPr>
          <w:rFonts w:ascii="Times New Roman" w:hAnsi="Times New Roman" w:cs="Times New Roman"/>
          <w:sz w:val="24"/>
          <w:szCs w:val="24"/>
          <w:lang w:val="pl-PL"/>
        </w:rPr>
        <w:t>urządzenia oraz ważne dokumenty, nośniki informacji itp.</w:t>
      </w:r>
    </w:p>
    <w:p w14:paraId="33829B94" w14:textId="77777777" w:rsidR="0072214D" w:rsidRPr="00283936" w:rsidRDefault="00CD08D3" w:rsidP="002839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283936">
        <w:rPr>
          <w:rFonts w:ascii="Times New Roman" w:hAnsi="Times New Roman" w:cs="Times New Roman"/>
          <w:sz w:val="24"/>
          <w:szCs w:val="24"/>
          <w:lang w:val="pl-PL"/>
        </w:rPr>
        <w:t>Nie należy otwierać – bez wyraźnej potrzeby – drzwi i okien do pomieszczeń objętych pożarem;</w:t>
      </w:r>
    </w:p>
    <w:p w14:paraId="34975B67" w14:textId="77777777" w:rsidR="0072214D" w:rsidRPr="00283936" w:rsidRDefault="00CD08D3" w:rsidP="002839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283936">
        <w:rPr>
          <w:rFonts w:ascii="Times New Roman" w:hAnsi="Times New Roman" w:cs="Times New Roman"/>
          <w:sz w:val="24"/>
          <w:szCs w:val="24"/>
          <w:lang w:val="pl-PL"/>
        </w:rPr>
        <w:t>dopływ powietrza sprzyja rozprzestrzenianiu się ognia. Otwierając drzwi do pomieszczeń, w</w:t>
      </w:r>
    </w:p>
    <w:p w14:paraId="2D9A41B4" w14:textId="77777777" w:rsidR="0072214D" w:rsidRPr="00283936" w:rsidRDefault="00CD08D3" w:rsidP="002839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283936">
        <w:rPr>
          <w:rFonts w:ascii="Times New Roman" w:hAnsi="Times New Roman" w:cs="Times New Roman"/>
          <w:sz w:val="24"/>
          <w:szCs w:val="24"/>
          <w:lang w:val="pl-PL"/>
        </w:rPr>
        <w:t>których powstał pożar, należy zachować szczególną ostrożność. Nie należy wchodzić do</w:t>
      </w:r>
    </w:p>
    <w:p w14:paraId="11D77494" w14:textId="77777777" w:rsidR="0072214D" w:rsidRPr="00283936" w:rsidRDefault="00CD08D3" w:rsidP="002839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283936">
        <w:rPr>
          <w:rFonts w:ascii="Times New Roman" w:hAnsi="Times New Roman" w:cs="Times New Roman"/>
          <w:sz w:val="24"/>
          <w:szCs w:val="24"/>
          <w:lang w:val="pl-PL"/>
        </w:rPr>
        <w:t>pomieszczeń objętych pożarem, lecz jeśli to konieczne wchodząc trzeba zachować szczególną</w:t>
      </w:r>
    </w:p>
    <w:p w14:paraId="11A0119C" w14:textId="77777777" w:rsidR="0072214D" w:rsidRPr="00283936" w:rsidRDefault="00CD08D3" w:rsidP="002839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283936">
        <w:rPr>
          <w:rFonts w:ascii="Times New Roman" w:hAnsi="Times New Roman" w:cs="Times New Roman"/>
          <w:sz w:val="24"/>
          <w:szCs w:val="24"/>
          <w:lang w:val="pl-PL"/>
        </w:rPr>
        <w:t>ostrożność, w zadymieniu poruszać się w pozycji pochylonej lub na czworakach, blisko posadzki,</w:t>
      </w:r>
    </w:p>
    <w:p w14:paraId="44D037DB" w14:textId="77777777" w:rsidR="0072214D" w:rsidRPr="00283936" w:rsidRDefault="00CD08D3" w:rsidP="002839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283936">
        <w:rPr>
          <w:rFonts w:ascii="Times New Roman" w:hAnsi="Times New Roman" w:cs="Times New Roman"/>
          <w:sz w:val="24"/>
          <w:szCs w:val="24"/>
          <w:lang w:val="pl-PL"/>
        </w:rPr>
        <w:t>gdzie jest najwięcej powietrza i lepsza widoczność. Aby nie stracić orientacji należy poruszać się</w:t>
      </w:r>
    </w:p>
    <w:p w14:paraId="02FBB084" w14:textId="77777777" w:rsidR="0072214D" w:rsidRPr="00283936" w:rsidRDefault="00CD08D3" w:rsidP="002839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283936">
        <w:rPr>
          <w:rFonts w:ascii="Times New Roman" w:hAnsi="Times New Roman" w:cs="Times New Roman"/>
          <w:sz w:val="24"/>
          <w:szCs w:val="24"/>
          <w:lang w:val="pl-PL"/>
        </w:rPr>
        <w:t>wzdłuż ścian, poręczy; usta zasłonić np. wilgotną chustką.</w:t>
      </w:r>
    </w:p>
    <w:p w14:paraId="0CAF7745" w14:textId="77777777" w:rsidR="0072214D" w:rsidRPr="00283936" w:rsidRDefault="00CD08D3" w:rsidP="002839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283936">
        <w:rPr>
          <w:rFonts w:ascii="Times New Roman" w:hAnsi="Times New Roman" w:cs="Times New Roman"/>
          <w:sz w:val="24"/>
          <w:szCs w:val="24"/>
          <w:lang w:val="pl-PL"/>
        </w:rPr>
        <w:t>Po przybyciu właściwych służb bezwzględnie należy stosować się do ich poleceń!</w:t>
      </w:r>
    </w:p>
    <w:p w14:paraId="427F5834" w14:textId="77777777" w:rsidR="0072214D" w:rsidRPr="00283936" w:rsidRDefault="00CD08D3" w:rsidP="002839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sz w:val="24"/>
          <w:szCs w:val="24"/>
          <w:lang w:val="pl-PL"/>
        </w:rPr>
        <w:t>10.   Dowódcę przybyłych jednostek należy powiadomić o sytuacji i podjętych dotychczas</w:t>
      </w:r>
    </w:p>
    <w:p w14:paraId="02107311" w14:textId="77777777" w:rsidR="003B76A5" w:rsidRPr="002E72E4" w:rsidRDefault="00CD08D3" w:rsidP="0028393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83936">
        <w:rPr>
          <w:rFonts w:ascii="Times New Roman" w:hAnsi="Times New Roman" w:cs="Times New Roman"/>
          <w:sz w:val="24"/>
          <w:szCs w:val="24"/>
          <w:lang w:val="pl-PL"/>
        </w:rPr>
        <w:t>działaniach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</w:t>
      </w:r>
    </w:p>
    <w:p w14:paraId="45F49C88" w14:textId="77777777" w:rsidR="003B76A5" w:rsidRPr="002E72E4" w:rsidRDefault="003B76A5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789082A0" w14:textId="77777777" w:rsidR="005668AD" w:rsidRDefault="003B76A5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4. PROCEDURA POSTĘPOWANIA W PRZYPADKU ZAGROŻENIA CHOROBĄ ZAKAŹNĄ</w:t>
      </w:r>
    </w:p>
    <w:p w14:paraId="13D8ECD2" w14:textId="77777777" w:rsidR="005668AD" w:rsidRDefault="005668AD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4C704D0D" w14:textId="45661716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  Po otrzymaniu np. od rodziców lub z mediów informacji o podejrzeniu niebezpiecznej</w:t>
      </w:r>
    </w:p>
    <w:p w14:paraId="0B48B994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choroby zakaźnej u ucznia należy powiadomić o tym fakcie dyrektora ZPO w Ruszczy.</w:t>
      </w:r>
    </w:p>
    <w:p w14:paraId="00040BAE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  Dyrektor potwierdza wiadomość u lekarza – jeśli to możliwe lub dyżurującego inspektora</w:t>
      </w:r>
    </w:p>
    <w:p w14:paraId="3640CC6E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sanitarnego.</w:t>
      </w:r>
    </w:p>
    <w:p w14:paraId="6EEF76F8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  Dyrektor ustala z dyżurującym inspektorem sanitarnym sposób postępowania.</w:t>
      </w:r>
    </w:p>
    <w:p w14:paraId="73B3FC14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4.   Dyrektor zawiadamia organ prowadzący oraz Kuratora Oświaty.</w:t>
      </w:r>
    </w:p>
    <w:p w14:paraId="5ADA925C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5.   Dyrektor nadzoruje przestrzeganie zaleceń służb sanitarnych przez pracowników szkoły i</w:t>
      </w:r>
    </w:p>
    <w:p w14:paraId="0E2DC072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uczniów.</w:t>
      </w:r>
    </w:p>
    <w:p w14:paraId="0C3C93E8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6.   Dyrektor przygotowuje informację dla uczniów i rodziców przy współpracy SANEPID-u.</w:t>
      </w:r>
    </w:p>
    <w:p w14:paraId="0B02F17E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7.   Dyrektor organizuje (w razie potrzeby) spotkanie z rodzicami, z lekarzem chorób</w:t>
      </w:r>
    </w:p>
    <w:p w14:paraId="0AF729D2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zakaźnych lub pracownikiem Państwowej Stacji Sanitarno-Epidemiologicznej.</w:t>
      </w:r>
    </w:p>
    <w:p w14:paraId="088D8300" w14:textId="77777777" w:rsidR="003B76A5" w:rsidRPr="002E72E4" w:rsidRDefault="003B76A5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35AF7815" w14:textId="0E5B5B98" w:rsidR="0072214D" w:rsidRPr="002E72E4" w:rsidRDefault="003B76A5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5. PROCEDURA POSTĘPOWANIA W PRZYPADKU ATAKU TERRORYSTYCZNEGO I ALARMU BOMBOWEGO</w:t>
      </w:r>
    </w:p>
    <w:p w14:paraId="3E1B98C4" w14:textId="77777777" w:rsidR="003B76A5" w:rsidRPr="005668AD" w:rsidRDefault="003B76A5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279E8B55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Podstawową cechą terroryzmu jest to, iż nie ma wyraźnych znaków ostrzegawczych</w:t>
      </w:r>
    </w:p>
    <w:p w14:paraId="0853FD38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 możliwości wystąpienia zamachu lub są one trudno dostrzegalne.</w:t>
      </w:r>
    </w:p>
    <w:p w14:paraId="19260FCF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Zainteresowania i uwagi wymagają:</w:t>
      </w:r>
    </w:p>
    <w:p w14:paraId="00F6F5E5" w14:textId="71350C72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rzucające się w oczy lub po prostu nietypowe zachowania osób, pozostawione bez</w:t>
      </w:r>
      <w:r w:rsidR="003B76A5"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opieki przedmioty typu teczki, paczki itp., osoby wyglądające na obcokrajowców,</w:t>
      </w:r>
    </w:p>
    <w:p w14:paraId="1D43F842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osoby ubrane nietypowo do występującej pory roku,</w:t>
      </w:r>
    </w:p>
    <w:p w14:paraId="7EC54034" w14:textId="523B8B4B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samochody, a w szczególności furgonetki, parkujące w nietypowych miejscach</w:t>
      </w:r>
      <w:r w:rsidR="003B76A5"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(miejscach organizowania imprez i uroczystości).</w:t>
      </w:r>
    </w:p>
    <w:p w14:paraId="703D17C1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Należy jednak pamiętać, że terrorysta nie zawsze musi być odmiennej narodowości</w:t>
      </w:r>
    </w:p>
    <w:p w14:paraId="72C53388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 wyróżniać się z tłumu szczególnym wyglądem.</w:t>
      </w:r>
    </w:p>
    <w:p w14:paraId="1256E251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 swoich spostrzeżeniach należy bezwzględnie poinformować dyrektora ZPO w Ruszczy. Dyrektor</w:t>
      </w:r>
    </w:p>
    <w:p w14:paraId="2A350549" w14:textId="515B9449" w:rsidR="0072214D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powiadamia odpowiednie służby: Policję.</w:t>
      </w:r>
    </w:p>
    <w:p w14:paraId="56C0ABE9" w14:textId="77777777" w:rsidR="005668AD" w:rsidRPr="002E72E4" w:rsidRDefault="005668AD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6D37F94B" w14:textId="77777777" w:rsidR="003B76A5" w:rsidRPr="002E72E4" w:rsidRDefault="003B76A5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A) W PRZYPADKU WTARGNIĘCIA NAPASTNIKÓW DO OBIEKTU</w:t>
      </w:r>
    </w:p>
    <w:p w14:paraId="6499D05A" w14:textId="77777777" w:rsidR="003B76A5" w:rsidRPr="002E72E4" w:rsidRDefault="003B76A5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7969BF81" w14:textId="1763A411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Należy poddać się woli napastników – wykonywać ściśle ich polecenia.</w:t>
      </w:r>
    </w:p>
    <w:p w14:paraId="68E49F43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Należy starać się zwrócić uwagę napastników na fakt, że mają do czynienia z ludźmi</w:t>
      </w:r>
    </w:p>
    <w:p w14:paraId="25BEC0A8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(zwracanie się do uczniów po imieniu).</w:t>
      </w:r>
    </w:p>
    <w:p w14:paraId="21F1B56A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Należy zawsze pytać o pozwolenie, np. gdy chcemy się zwrócić do uczniów z jakimś</w:t>
      </w:r>
    </w:p>
    <w:p w14:paraId="50C968D1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>poleceniem.</w:t>
      </w:r>
    </w:p>
    <w:p w14:paraId="59C6F470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4. Należy zapamiętać szczegóły dotyczące porywaczy i otoczenia – informacje te mogą okazać</w:t>
      </w:r>
    </w:p>
    <w:p w14:paraId="409C56B6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się cenne dla służb ratowniczych.</w:t>
      </w:r>
    </w:p>
    <w:p w14:paraId="48B75EC8" w14:textId="41549EC5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5. Nauczyciel, opiekun stara się uspokoić dzieci  i zapanować w miarę możliwości nad</w:t>
      </w:r>
    </w:p>
    <w:p w14:paraId="3DBBF041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własnymi emocjami.</w:t>
      </w:r>
    </w:p>
    <w:p w14:paraId="6DFCC008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6. Dopóki nie zostanie wydane polecenie wyjścia nauczyciel nie pozwala dzieciom wychodzić</w:t>
      </w:r>
    </w:p>
    <w:p w14:paraId="145FEB9E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 pomieszczenia oraz wyglądać przez drzwi i okna, nakazuje jednocześnie dzieciom położyć</w:t>
      </w:r>
    </w:p>
    <w:p w14:paraId="3EDED7DA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się na podłodze.</w:t>
      </w:r>
    </w:p>
    <w:p w14:paraId="060B9CAB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7. W chwili podjęcia działań zmierzających do uwolnienia, wykonujemy polecenia grupy</w:t>
      </w:r>
    </w:p>
    <w:p w14:paraId="0685F0C4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antyterrorystycznej.</w:t>
      </w:r>
    </w:p>
    <w:p w14:paraId="5B723BDC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Uwaga! Należy być przygotowanym na surowe traktowanie przez Policję. Dopóki</w:t>
      </w:r>
    </w:p>
    <w:p w14:paraId="486F4AA7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nie zostaniesz zidentyfikowany, jesteś dla nich potencjalnym terrorystą.</w:t>
      </w:r>
    </w:p>
    <w:p w14:paraId="708FB970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8. Po zakończeniu akcji nauczyciel:</w:t>
      </w:r>
    </w:p>
    <w:p w14:paraId="6304323F" w14:textId="24287FCE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sprawdza obecność dzieci celem upewnienia się, czy wszyscy opuścili budynek -</w:t>
      </w:r>
      <w:r w:rsidR="003B76A5"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 braku któregokolwiek dziecka poinformuje Policję,</w:t>
      </w:r>
    </w:p>
    <w:p w14:paraId="33088F7A" w14:textId="40BBC99E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nie pozwala żadnemu z dzieci samodzielnie wrócić do domu,</w:t>
      </w:r>
    </w:p>
    <w:p w14:paraId="6A750712" w14:textId="7F328CAF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prowadzi ewidencję dzieci odbieranych przez rodziców/osoby upoważnione.</w:t>
      </w:r>
    </w:p>
    <w:p w14:paraId="72D026AB" w14:textId="77777777" w:rsidR="003B76A5" w:rsidRPr="002E72E4" w:rsidRDefault="003B76A5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269D2FE2" w14:textId="1C5CD2CF" w:rsidR="0072214D" w:rsidRPr="002E72E4" w:rsidRDefault="003B76A5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B) W PRZYPADKU UŻYCIA BRONI PALNEJ NA TERENIE SZKOŁY</w:t>
      </w:r>
    </w:p>
    <w:p w14:paraId="604EAD09" w14:textId="77777777" w:rsidR="003B76A5" w:rsidRPr="005668AD" w:rsidRDefault="003B76A5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7742AB9E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W sytuacji bezpośredniego kontaktu z napastnikiem nauczyciel stara się uspokoić dzieci</w:t>
      </w:r>
    </w:p>
    <w:p w14:paraId="53BEC748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 nakazuje im położyć się na podłodze.</w:t>
      </w:r>
    </w:p>
    <w:p w14:paraId="58EFEACC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Dopilnowuje, aby dzieci nie odwracały się tyłem do napastników w przypadku polecenia</w:t>
      </w:r>
    </w:p>
    <w:p w14:paraId="070F858E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przemieszczania się.</w:t>
      </w:r>
    </w:p>
    <w:p w14:paraId="79834C35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Jeżeli terroryści wydają polecenia, dopilnowuje, aby dzieci wykonywały je spokojnie</w:t>
      </w:r>
    </w:p>
    <w:p w14:paraId="3D0F933A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(gwałtowny ruch może zwiększyć agresję napastników).</w:t>
      </w:r>
    </w:p>
    <w:p w14:paraId="198FE938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4.   O ile to możliwe należy zadzwoń pod jeden z numerów alarmowych, nie rozłączać się i na</w:t>
      </w:r>
    </w:p>
    <w:p w14:paraId="40F2D852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bieżąco relacjonować sytuację.</w:t>
      </w:r>
    </w:p>
    <w:p w14:paraId="3F618680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5. Po opanowaniu sytuacji nauczyciel upewnia się o liczbie osób poszkodowanych i sprawdza,</w:t>
      </w:r>
    </w:p>
    <w:p w14:paraId="1B71A5A2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czy strzały z broni palnej nie spowodowały innego zagrożenia (np. pożaru),</w:t>
      </w:r>
    </w:p>
    <w:p w14:paraId="71EBF61D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6. Należy zadzwonić pod jeden z numerów alarmowych, udzielić pierwszej pomocy najbardziej</w:t>
      </w:r>
    </w:p>
    <w:p w14:paraId="044DB492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potrzebującym,</w:t>
      </w:r>
    </w:p>
    <w:p w14:paraId="3414E63C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7. W przypadku, gdy ostrzał spowodował inne zagrożenie należy podjąć odpowiednie</w:t>
      </w:r>
    </w:p>
    <w:p w14:paraId="20D1512F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do sytuacji   działania   i   zapewnić   osobom    uczestniczącym    w   zdarzeniu    pomoc</w:t>
      </w:r>
    </w:p>
    <w:p w14:paraId="19243332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psychologiczną.</w:t>
      </w:r>
    </w:p>
    <w:p w14:paraId="44A7D75B" w14:textId="77777777" w:rsidR="003B76A5" w:rsidRPr="002E72E4" w:rsidRDefault="003B76A5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1CCCC4B5" w14:textId="5221F625" w:rsidR="0072214D" w:rsidRPr="002E72E4" w:rsidRDefault="003B76A5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C) W SYTUACJI OTRZYMANIA INFORMACJI O PODŁOŻENIU ŁADUNKU WYBUCHOWEGO:</w:t>
      </w:r>
    </w:p>
    <w:p w14:paraId="1B4934C8" w14:textId="77777777" w:rsidR="003B76A5" w:rsidRPr="005668AD" w:rsidRDefault="003B76A5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736E3ABC" w14:textId="57D7476C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Jeżeli jest to informacja telefoniczna należy uważnie słuchać, zapamiętać jak najwięcej</w:t>
      </w:r>
      <w:r w:rsidR="007A2507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szczegółów (głos i nawyki mówiącego oraz wszelkie dźwięki w tle), jeśli jest taka</w:t>
      </w:r>
      <w:r w:rsidR="00283936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możliwość należy nagrać rozmowę lub zapisywać informacje. Nigdy nie odkładamy</w:t>
      </w:r>
      <w:r w:rsidR="00283936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słuchawki jako pierwsi.</w:t>
      </w:r>
    </w:p>
    <w:p w14:paraId="3BD63E16" w14:textId="21270FCC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Jeżeli nasz telefon posiada funkcję identyfikacji numeru dzwoniącego – zapisujemy ten</w:t>
      </w:r>
      <w:r w:rsidR="007A2507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numer. Jeżeli jest to wiadomość pisemna, należy zabezpieczyć ją tak, aby nikt jej nie dotykał</w:t>
      </w:r>
      <w:r w:rsidR="007A2507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 przekazujemy ją Policji.</w:t>
      </w:r>
    </w:p>
    <w:p w14:paraId="2518B8B9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Po zakończeniu rozmowy niezwłocznie należy zaalarmować dyrektora ZPO w Ruszczy.</w:t>
      </w:r>
    </w:p>
    <w:p w14:paraId="2149DD4F" w14:textId="1874DA4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4. Dyrektor powiadamia odpowiednie służby </w:t>
      </w:r>
      <w:r w:rsidR="007A2507">
        <w:rPr>
          <w:rFonts w:ascii="Times New Roman" w:hAnsi="Times New Roman" w:cs="Times New Roman"/>
          <w:bCs/>
          <w:sz w:val="24"/>
          <w:szCs w:val="24"/>
          <w:lang w:val="pl-PL"/>
        </w:rPr>
        <w:t>–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Policję</w:t>
      </w:r>
      <w:r w:rsidR="007A2507">
        <w:rPr>
          <w:rFonts w:ascii="Times New Roman" w:hAnsi="Times New Roman" w:cs="Times New Roman"/>
          <w:bCs/>
          <w:sz w:val="24"/>
          <w:szCs w:val="24"/>
          <w:lang w:val="pl-PL"/>
        </w:rPr>
        <w:t>,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Urząd Miasta,</w:t>
      </w:r>
      <w:r w:rsidR="007A2507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jednocześnie przeprowadza ewakuację budynku zgodnie z procedurami.</w:t>
      </w:r>
    </w:p>
    <w:p w14:paraId="7A01F29B" w14:textId="5CFC0A7A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5. Osoba, która przyjęła zgłoszenie lub ujawniła przedmiot niewiadomego pochodzenia, co do</w:t>
      </w:r>
      <w:r w:rsidR="007A2507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którego istnieje podejrzenie, że może on stanowić zagrożenie dla osób i mienia, powinna ten</w:t>
      </w:r>
      <w:r w:rsidR="007A2507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fakt zgłosić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>służbom odpowiedzialnym za bezpieczeństwo w danym miejscu i dyrekcji</w:t>
      </w:r>
      <w:r w:rsidR="007A2507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szkoły. Informacji takiej nie należy przekazywać niepowołanym osobom, gdyż jej</w:t>
      </w:r>
      <w:r w:rsidR="007A2507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niekontrolowane rozpowszechnienie może doprowadzić do paniki i w konsekwencji</w:t>
      </w:r>
      <w:r w:rsidR="007A2507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utrudnić przeprowadzenie sprawnej ewakuacji osób z zagrożonego miejsca.</w:t>
      </w:r>
    </w:p>
    <w:p w14:paraId="47FD2D0E" w14:textId="43DF9321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6.   Zawiadamiając policję dyrektor podaje następujące informacje:</w:t>
      </w:r>
      <w:r w:rsidR="007A2507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rodzaj zagrożenia i źródło informacji o zagrożeniu (informacja telefoniczna</w:t>
      </w:r>
      <w:r w:rsidR="003B76A5"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lub/i ujawniony podejrzany przedmiot),</w:t>
      </w:r>
      <w:r w:rsidR="007A2507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treść rozmowy z osobą informującą o podłożeniu ładunku wybuchowego,</w:t>
      </w:r>
      <w:r w:rsidR="007A2507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numer telefonu, na który przekazano informację o zagrożeniu oraz dokładny czas</w:t>
      </w:r>
      <w:r w:rsidR="003B76A5"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jej przyjęcia, adres, numer telefonu i nazwisko osoby zgłaszającej, opis miejsca</w:t>
      </w:r>
      <w:r w:rsidR="003B76A5"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 wygląd ujawnionego przedmiotu.</w:t>
      </w:r>
    </w:p>
    <w:p w14:paraId="56B640AF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7.   Wskazane jest uzyskanie od policji potwierdzenia przyjętego zgłoszenia.</w:t>
      </w:r>
    </w:p>
    <w:p w14:paraId="28DC682C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8.   Do czasu przybycia policji akcją kieruje dyrektor szkoły.</w:t>
      </w:r>
    </w:p>
    <w:p w14:paraId="0D9674D7" w14:textId="1E755480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9.   Dyrektor na miejsce zagrożenia incydentem bombowym wzywa służby pomocnicze takie</w:t>
      </w:r>
      <w:r w:rsidR="007A2507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jak: pogotowie ratunkowe, straż pożarną, pogotowie gazowe, pogotowie wodno-</w:t>
      </w:r>
      <w:r w:rsidR="007A2507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kanalizacyjne i pogotowie energetyczne.</w:t>
      </w:r>
    </w:p>
    <w:p w14:paraId="71496B38" w14:textId="22DBE7BF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10.   Po przybyciu policji na miejsce incydentu bombowego, przejmuje ona dalsze kierowanie</w:t>
      </w:r>
      <w:r w:rsidR="008D152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akcją.</w:t>
      </w:r>
    </w:p>
    <w:p w14:paraId="28A33862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11.   Należy bezwzględnie wykonywać polecenia policjantów.</w:t>
      </w:r>
    </w:p>
    <w:p w14:paraId="14E1034B" w14:textId="77777777" w:rsidR="003B76A5" w:rsidRPr="005668AD" w:rsidRDefault="003B76A5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18B6D6F4" w14:textId="4090FF10" w:rsidR="0072214D" w:rsidRPr="002E72E4" w:rsidRDefault="003B76A5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D) W RAZIE WYBUCHU BOMBY:</w:t>
      </w:r>
    </w:p>
    <w:p w14:paraId="2FEEABD1" w14:textId="77777777" w:rsidR="003B76A5" w:rsidRPr="005668AD" w:rsidRDefault="003B76A5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5BA912E7" w14:textId="1E01A798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  Należy ocenić sytuację pod kątem ilości osób poszkodowanych i upewnić się, jakiego</w:t>
      </w:r>
      <w:r w:rsidR="008D152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rodzaju zagrożenia spowodował wybuch.</w:t>
      </w:r>
    </w:p>
    <w:p w14:paraId="00470E6D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  Należy zadzwonić pod jeden z numerów alarmowych: 112, 999, 998, 997.</w:t>
      </w:r>
    </w:p>
    <w:p w14:paraId="41010B4B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  Udzielamy pierwszej pomocy najbardziej potrzebującym.</w:t>
      </w:r>
    </w:p>
    <w:p w14:paraId="0936D50C" w14:textId="325C89B3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4.   Sprawdzamy bezpieczeństwo dróg i rejonów ewakuacyjnych, a następnie zarządzamy</w:t>
      </w:r>
      <w:r w:rsidR="008D152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przeprowadzenie ewakuacji zgodnie z obowiązującą instrukcją.</w:t>
      </w:r>
    </w:p>
    <w:p w14:paraId="3890A3CE" w14:textId="01C83A4A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5.   W przypadku, gdy wybuch spowodował inne zagrożenie, podejmujemy działania</w:t>
      </w:r>
      <w:r w:rsidR="008D152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odpowiednie do</w:t>
      </w:r>
      <w:r w:rsidR="008D1523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sytuacji.</w:t>
      </w:r>
    </w:p>
    <w:p w14:paraId="1FE8D53A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6.   Po przybyciu właściwych służb, bezwzględnie stosujemy się do ich zaleceń.</w:t>
      </w:r>
    </w:p>
    <w:p w14:paraId="751868EA" w14:textId="77777777" w:rsidR="003B76A5" w:rsidRPr="005668AD" w:rsidRDefault="003B76A5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00A6714E" w14:textId="5F49B567" w:rsidR="0072214D" w:rsidRDefault="003B76A5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6. PROCEDURY POSTĘPOWANIA W SYTUACJI STWIERDZENIA NA TERENIE SZKOŁY </w:t>
      </w:r>
      <w:r w:rsidR="006A4146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PODEJRZANYCH PRZEDMIOTÓW LUB SUBSTANCJI NIE BĘDĄCYCH W POSIADANIU UCZNIÓW.</w:t>
      </w:r>
    </w:p>
    <w:p w14:paraId="04DD094A" w14:textId="77777777" w:rsidR="005668AD" w:rsidRPr="002E72E4" w:rsidRDefault="005668AD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46459CAF" w14:textId="105B9DF5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Za podejrzane należy uznać przedmioty lub substancje o nieznanym pochodzeniu, np.</w:t>
      </w:r>
      <w:r w:rsidR="008D152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przypominające narkotyk, materiał wybuchowy, żrący, nieznaną substancję chemiczną. itp.</w:t>
      </w:r>
    </w:p>
    <w:p w14:paraId="374C45CE" w14:textId="35659A2E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Nauczyciel lub inny pracownik szkoły zabezpiecza tymczasowo dostęp uczniów do miejsca,</w:t>
      </w:r>
      <w:r w:rsidR="008D152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</w:t>
      </w:r>
      <w:r w:rsidR="008D1523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którym znaleziono przedmioty lub substancje podejrzane.</w:t>
      </w:r>
    </w:p>
    <w:p w14:paraId="041EB5E6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Nauczyciel lub upoważniony pracownik szkoły zawiadamia dyrektora ZPO w Ruszczy.</w:t>
      </w:r>
    </w:p>
    <w:p w14:paraId="2934E5AA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Dyrektor ZPO w Ruszczy oddelegowuje pracownika szkoły do zabezpieczenia miejsca zdarzenia</w:t>
      </w:r>
    </w:p>
    <w:p w14:paraId="673A9E72" w14:textId="351D1FFF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do czasu przybycia odpowiednich służb tj. wyłączenia dopływu gazu i prądu, otworzenie</w:t>
      </w:r>
      <w:r w:rsidR="008D152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okien i drzwi, usunięcia z otoczenia wszystkich materiałów łatwopalnych.</w:t>
      </w:r>
    </w:p>
    <w:p w14:paraId="5408C7E6" w14:textId="5E9E8A55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4. Zabezpieczenie polega również na umieszczeniu substancji w dodatkowym opakowaniu oraz</w:t>
      </w:r>
      <w:r w:rsidR="008D1523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komisyjnym opieczętowaniu. (Skład komisji to pedagog i dyrektor, a jeśli znana</w:t>
      </w:r>
      <w:r w:rsidR="008D152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jest tożsamość właściciela substancji to przy zabezpieczaniu obecny jest również on sam </w:t>
      </w:r>
      <w:proofErr w:type="spellStart"/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orazjego</w:t>
      </w:r>
      <w:proofErr w:type="spellEnd"/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wychowawca).</w:t>
      </w:r>
    </w:p>
    <w:p w14:paraId="6F69A8A3" w14:textId="6EC18B7D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5. Dyrektor ZPO w Ruszczy zawiadamia odpowiednie służby: Policję, Straż Pożarną i wydaje decyzję</w:t>
      </w:r>
      <w:r w:rsidR="006A4146"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 ewentualnej ewakuacji uczniów z budynku szkoły.</w:t>
      </w:r>
    </w:p>
    <w:p w14:paraId="43777052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6. Po przyjeździe Policji niezwłocznie przekazuje się zabezpieczoną substancję.</w:t>
      </w:r>
    </w:p>
    <w:p w14:paraId="39617206" w14:textId="77777777" w:rsidR="006A4146" w:rsidRPr="002E72E4" w:rsidRDefault="006A4146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67737C30" w14:textId="758DB26E" w:rsidR="0072214D" w:rsidRPr="002E72E4" w:rsidRDefault="006A4146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7. PROCEDURY POSTĘPOWANIA W SYTUACJI USZKODZENIA LUB ZNISZCZENIA MIENIA SZKOLNEGO PRZEZ UCZNIA</w:t>
      </w:r>
    </w:p>
    <w:p w14:paraId="0749E735" w14:textId="77777777" w:rsidR="006A4146" w:rsidRPr="002E72E4" w:rsidRDefault="006A4146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525F4ECB" w14:textId="02F44AAF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Nauczyciel lub inny pracownik szkoły będący świadkiem zdarzenia podejmuje</w:t>
      </w:r>
      <w:r w:rsidR="006A4146"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interwencję mającą na celu powstrzymanie dalszych działań sprawców, a następnie</w:t>
      </w:r>
      <w:r w:rsidR="006A4146"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powiadamia wychowawcę i dyrektora ZPO w Ruszczy.</w:t>
      </w:r>
    </w:p>
    <w:p w14:paraId="2F19F148" w14:textId="30314E11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W przypadku braku ustalenia sprawcy, osoba stwierdzająca uszkodzenie mienia ustala</w:t>
      </w:r>
      <w:r w:rsidR="006A4146"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podstawowe okoliczności zdarzenia, a następnie informuje wychowawcę oraz dyrektora</w:t>
      </w:r>
      <w:r w:rsidR="006A4146"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szkoły.</w:t>
      </w:r>
    </w:p>
    <w:p w14:paraId="31440F28" w14:textId="137F2A0D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Wychowawca, a w przypadku jego nieobecności pedagog przeprowadza rozmowę</w:t>
      </w:r>
      <w:r w:rsidR="00847F0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dyscyplinującą ze</w:t>
      </w:r>
      <w:r w:rsidR="00847F0C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sprawcą zdarzenia, ustala z dyrektorem szkoły sposób jego ukarania</w:t>
      </w:r>
      <w:r w:rsidR="00847F0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 sporządza notatkę w</w:t>
      </w:r>
      <w:r w:rsidR="00847F0C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dokumentacji pedagoga.</w:t>
      </w:r>
    </w:p>
    <w:p w14:paraId="57FFB5CA" w14:textId="198DECE0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4. Wychowawca lub pedagog informuje o zdarzeniu rodziców sprawcy i przekazuje sprawę</w:t>
      </w:r>
      <w:r w:rsidR="00847F0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dyrektorowi szkoły, który ustala sposób i termin naprawienia szkody.</w:t>
      </w:r>
    </w:p>
    <w:p w14:paraId="4FE18CC9" w14:textId="76C2F715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5. W przypadku stwierdzenia dużej szkody pedagog w porozumieniu z dyrektorem szkoły</w:t>
      </w:r>
      <w:r w:rsidR="00847F0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podejmuje decyzję o zawiadomieniu Policji.</w:t>
      </w:r>
    </w:p>
    <w:p w14:paraId="23F3E6B8" w14:textId="77777777" w:rsidR="006A4146" w:rsidRPr="002E72E4" w:rsidRDefault="006A4146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1AE2E665" w14:textId="5B6E7CCD" w:rsidR="0072214D" w:rsidRPr="002E72E4" w:rsidRDefault="006A4146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8. PROCEDURY POSTĘPOWANIA W SYTUACJI KRADZIEŻY NA TERENIE SZKOŁY</w:t>
      </w:r>
    </w:p>
    <w:p w14:paraId="5209678B" w14:textId="77777777" w:rsidR="006A4146" w:rsidRPr="005668AD" w:rsidRDefault="006A4146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57FC9358" w14:textId="632EAF2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Nauczyciel prowadzący zajęcia lub wychowawca, po otrzymaniu informacji od ucznia</w:t>
      </w:r>
      <w:r w:rsidR="00847F0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 kradzieży, przeprowadza z poszkodowanym i świadkami rozmowę w celu ustalenia</w:t>
      </w:r>
      <w:r w:rsidR="00847F0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okoliczności zdarzenia.</w:t>
      </w:r>
    </w:p>
    <w:p w14:paraId="548F9775" w14:textId="34827DF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Nauczyciel      podejmuje działania wstępnej interwencji, zmierzające do zwrotu</w:t>
      </w:r>
      <w:r w:rsidR="00847F0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skradzionego    mienia    poszkodowanemu,      z   wyłączeniem     jednak    przeszukania</w:t>
      </w:r>
      <w:r w:rsidR="00C52B2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d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omniemanego sprawcy. Przekazuje jednocześnie informację o zdarzeniu wychowawcy</w:t>
      </w:r>
      <w:r w:rsidR="00C52B2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klasy poszkodowanego i sprawcy, a</w:t>
      </w:r>
      <w:r w:rsidR="00C52B23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</w:t>
      </w:r>
      <w:r w:rsidR="00C52B23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przypadku jego nieobecności pedagogowi.</w:t>
      </w:r>
    </w:p>
    <w:p w14:paraId="0A9FD9BC" w14:textId="5FDFA5F6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Wychowawca lub pedagog, jeżeli istnieje taka konieczność, kontynuują wyjaśnianie</w:t>
      </w:r>
      <w:r w:rsidR="00C52B2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okoliczności zdarzenia i w sytuacji uzasadnionej informują o zajściu dyrektora ZPO w Ruszczy.</w:t>
      </w:r>
    </w:p>
    <w:p w14:paraId="4FCE89C5" w14:textId="7DCDA94D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4. Wychowawca lub pedagog przeprowadza rozmowę ze sprawcą zdarzenia oraz jego</w:t>
      </w:r>
      <w:r w:rsidR="00C52B2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rodzicami. Rozmowa obejmuje informacje o ustalonych okolicznościach zdarzenia,</w:t>
      </w:r>
      <w:r w:rsidR="00C52B2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ustalenie formy i terminu zwrotu skradzionego mienia, sposób ukarania sprawcy.</w:t>
      </w:r>
    </w:p>
    <w:p w14:paraId="1F1A5942" w14:textId="01F49CB8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5. Wychowawca lub pedagog przeprowadza rozmowę z poszkodowanym i jego</w:t>
      </w:r>
      <w:r w:rsidR="00C52B2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rodzicami przekazując ustalenia podjęte podczas spotkania ze sprawcą i jego rodzicami.</w:t>
      </w:r>
    </w:p>
    <w:p w14:paraId="58CE2CE0" w14:textId="58169922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6. W uzasadnionym przypadku pedagog i wychowawca w porozumieniu z dyrektorem</w:t>
      </w:r>
      <w:r w:rsidR="00C52B2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szkoły podejmują decyzję o zawiadomieniu Policji lub/i Sądu Rodzinnego. O tym fakcie</w:t>
      </w:r>
      <w:r w:rsidR="00C52B2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informują rodziców poszkodowanego i sprawcy.</w:t>
      </w:r>
    </w:p>
    <w:p w14:paraId="261BD908" w14:textId="29C4C7D9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7. W każdym przypadku sporządzana zostaje notatka przez pedagoga lub psychologa szkolnego, jeśli jest zatrudniony, która</w:t>
      </w:r>
      <w:r w:rsidR="006A4146"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przechowywana jest w dokumentacji pedagoga.</w:t>
      </w:r>
    </w:p>
    <w:p w14:paraId="3DCDED86" w14:textId="77777777" w:rsidR="006A4146" w:rsidRPr="002E72E4" w:rsidRDefault="006A4146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1561BDC8" w14:textId="7D338DA5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Postanowienia dodatkowe</w:t>
      </w:r>
    </w:p>
    <w:p w14:paraId="0ECA7B02" w14:textId="3289D3D6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Szkoła nie odpowiada za przedmioty wartościowe, nie związane z procesem</w:t>
      </w:r>
      <w:r w:rsidR="006A4146"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proofErr w:type="spellStart"/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dydaktyczno</w:t>
      </w:r>
      <w:proofErr w:type="spellEnd"/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- wychowawczo - opiekuńczym / np. telefony komórkowe, biżuterię, odtwarzacze</w:t>
      </w:r>
      <w:r w:rsidR="00C52B2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MP3 i MP4, gry elektroniczne, zabawki itp./</w:t>
      </w:r>
    </w:p>
    <w:p w14:paraId="704C9A3A" w14:textId="77777777" w:rsidR="006A4146" w:rsidRPr="002E72E4" w:rsidRDefault="006A4146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39D6C3BD" w14:textId="2D773795" w:rsidR="0072214D" w:rsidRPr="002E72E4" w:rsidRDefault="006A4146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9. PROCEDURY REGULUJĄCE PRAWO DO KORZYSTANIA Z TELEFONU KOMÓRKOWEGO ORAZ INNYCH URZĄDZEŃ ELEKTRONICZNYCH PRZEZ UCZNIÓW PODCZAS ZAJĘĆ SZKOLNYCH</w:t>
      </w:r>
    </w:p>
    <w:p w14:paraId="6D7DD38A" w14:textId="77777777" w:rsidR="006A4146" w:rsidRPr="005668AD" w:rsidRDefault="006A4146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7F1FF9C1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 szkole obowiązuje zakaz korzystania przez uczniów z telefonów komórkowych oraz innych</w:t>
      </w:r>
    </w:p>
    <w:p w14:paraId="08BD67FD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urządzeń     elektronicznych   podczas    obowiązkowych     zajęć   lekcyjnych   oraz   zajęć</w:t>
      </w:r>
    </w:p>
    <w:p w14:paraId="654B0696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pozalekcyjnych. Urządzenia te muszą być wyłączone lub wyciszone i schowane.</w:t>
      </w:r>
    </w:p>
    <w:p w14:paraId="0A4892BE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 szczególnych sytuacjach, nauczyciel może udzielić zgody na skorzystanie przez ucznia</w:t>
      </w:r>
    </w:p>
    <w:p w14:paraId="1D324C3B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 telefonu komórkowego podczas zajęć. (§26 ust. 2 pkt. i) Statutu ZPO w Ruszczy)</w:t>
      </w:r>
    </w:p>
    <w:p w14:paraId="2DA338AB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Wychowawcy informują uczniów na początku roku szkolnego o warunkach korzystania</w:t>
      </w:r>
    </w:p>
    <w:p w14:paraId="4AAF26E7" w14:textId="6C9A8043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>z telefonów komórkowych oraz innych urządzeń elektronicznych podczas pobytu</w:t>
      </w:r>
      <w:r w:rsidR="00643145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 szkole.</w:t>
      </w:r>
    </w:p>
    <w:p w14:paraId="05A2099C" w14:textId="73DF75E5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   Nauczyciel, który stwierdzi, że uczeń korzysta z telefonu komórkowego lub innych</w:t>
      </w:r>
      <w:r w:rsidR="00643145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urządzeń elektronicznych podczas zajęć, ustnie upomina ucznia i ma prawo zażądać</w:t>
      </w:r>
      <w:r w:rsidR="00643145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oddania urządzenia do depozytu w sekretariacie szkoły, fakt pozostawienia urządzenia</w:t>
      </w:r>
      <w:r w:rsidR="00643145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zostaje odnotowany przez sekretarza szkoły.</w:t>
      </w:r>
    </w:p>
    <w:p w14:paraId="34575C4C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Nauczyciel lub wychowawca informuje o zdarzeniu rodziców ucznia.</w:t>
      </w:r>
    </w:p>
    <w:p w14:paraId="40458FC8" w14:textId="77777777" w:rsidR="006A4146" w:rsidRPr="002E72E4" w:rsidRDefault="006A4146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665ED1DB" w14:textId="5D3F82D0" w:rsidR="0072214D" w:rsidRPr="002E72E4" w:rsidRDefault="006A4146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10. PROCEDURY POSTĘPOWANIA W PRZYPADKU OBECNOŚCI NA TERENIE SZKOŁY OSÓB NIEPOŻĄDANYCH, ZACHOWUJĄCYCH SIĘ NIEWŁAŚCIWIE LUB ZWIERZĄT ZAGRAŻAJĄCYCH BEZPIECZEŃSTWU UCZNIÓW</w:t>
      </w:r>
    </w:p>
    <w:p w14:paraId="58AEE3EC" w14:textId="77777777" w:rsidR="006A4146" w:rsidRPr="005668AD" w:rsidRDefault="006A4146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5EA5B638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a) W przypadku obecności zwierząt (bez opieki właściciela) na terenie szkoły:</w:t>
      </w:r>
    </w:p>
    <w:p w14:paraId="164C5F42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   Nauczyciel lub pracownik szkoły będący świadkiem zdarzenia izoluje dzieci od zwierzęcia</w:t>
      </w:r>
    </w:p>
    <w:p w14:paraId="132F964C" w14:textId="1CD70B43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(dzieci nie wychodzą z klasy, a gdy są na boisku na polecenie nauczycieli wracają do</w:t>
      </w:r>
      <w:r w:rsidR="006A4146"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budynku szkoły).</w:t>
      </w:r>
    </w:p>
    <w:p w14:paraId="23A598D5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   Nauczyciel lub pracownik szkoły będący świadkiem zdarzenia zawiadamia dyrektora</w:t>
      </w:r>
    </w:p>
    <w:p w14:paraId="22E4F833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Szkoły.</w:t>
      </w:r>
    </w:p>
    <w:p w14:paraId="451287AE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   Osoby     upoważnione    przez   dyrektora   szkoły    podejmują       działania   zmierzające</w:t>
      </w:r>
    </w:p>
    <w:p w14:paraId="72EBFF2A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do odizolowania zwierzęcia.</w:t>
      </w:r>
    </w:p>
    <w:p w14:paraId="62A8F01B" w14:textId="59B609A3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4.    Dyrektor ZPO w Ruszczy wzywa służby weterynaryjne.</w:t>
      </w:r>
    </w:p>
    <w:p w14:paraId="718A178A" w14:textId="77777777" w:rsidR="006A4146" w:rsidRPr="002E72E4" w:rsidRDefault="006A4146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061033C6" w14:textId="00D7CAC2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b) W przypadku obecności osób trzecich, bezzasadnie przebywających</w:t>
      </w:r>
    </w:p>
    <w:p w14:paraId="369EDEFD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na terenie szkoły lub osób zachowujących się niewłaściwie na terenie szkoły:</w:t>
      </w:r>
    </w:p>
    <w:p w14:paraId="07DD6243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   Nauczyciel lub inny pracownik szkoły, który stwierdził bezzasadny fakt przebywania osoby</w:t>
      </w:r>
    </w:p>
    <w:p w14:paraId="0C7DF790" w14:textId="4EEE6BE2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trzeciej w szkole prosi o opuszczenie jej terenu, a w przypadku odmowy zawiadamia</w:t>
      </w:r>
      <w:r w:rsidR="00FA41D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d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yrektora ZPO w</w:t>
      </w:r>
      <w:r w:rsidR="00FA41D3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Ruszczy.</w:t>
      </w:r>
    </w:p>
    <w:p w14:paraId="578EF813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   Dyrektor ZPO w Ruszczy stwierdzając niewłaściwe zachowanie osoby trzeciej przebywającej</w:t>
      </w:r>
    </w:p>
    <w:p w14:paraId="22CFC38D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 szkole stosuje słowne upomnienie i prosi o opuszczenie jej terenu.</w:t>
      </w:r>
    </w:p>
    <w:p w14:paraId="178DB91D" w14:textId="59BBF824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   W przypadku braku reakcji dyrektor szkoły zawiadamia Policję.</w:t>
      </w:r>
    </w:p>
    <w:p w14:paraId="0AA792EB" w14:textId="77777777" w:rsidR="006A4146" w:rsidRPr="002E72E4" w:rsidRDefault="006A4146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30FA8265" w14:textId="38BDD048" w:rsidR="0072214D" w:rsidRPr="002E72E4" w:rsidRDefault="006A4146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11. PROCEDURY POSTĘPOWANIA W PRZYPADKU AGRESYWNYCH ZACHOWAŃ UCZNIÓW WOBEC INNYCH OSÓB SPOŁECZNOŚCI SZKOLNEJ ORAZ AGRESYWNYCH ZACHOWAŃ OSÓB DOROSŁYCH WOBEC UCZNIA</w:t>
      </w:r>
    </w:p>
    <w:p w14:paraId="6E6F281A" w14:textId="77777777" w:rsidR="006A4146" w:rsidRPr="005668AD" w:rsidRDefault="006A4146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7BAB985F" w14:textId="33C8C500" w:rsidR="0072214D" w:rsidRPr="00036434" w:rsidRDefault="00036434" w:rsidP="00036434">
      <w:pPr>
        <w:pStyle w:val="Akapitzlist"/>
        <w:numPr>
          <w:ilvl w:val="0"/>
          <w:numId w:val="23"/>
        </w:numPr>
        <w:spacing w:after="0" w:line="240" w:lineRule="auto"/>
        <w:ind w:left="142" w:hanging="142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036434">
        <w:rPr>
          <w:rFonts w:ascii="Times New Roman" w:hAnsi="Times New Roman" w:cs="Times New Roman"/>
          <w:bCs/>
          <w:sz w:val="24"/>
          <w:szCs w:val="24"/>
          <w:lang w:val="pl-PL"/>
        </w:rPr>
        <w:t>W PRZYPADKU ZACHOWAŃ UNIEMOŻLIWIAJĄCYCH PROWADZENIE LEKCJI (ZACZEPNE ZACHOWANIE W STOSUNKU DO RÓWIEŚNIKÓW I NAUCZYCIELI, GŁOŚNE ROZMOWY, CHODZENIE PO SALI, BRAK REAKCJI NA POLECENIA NAUCZYCIELA ITP.):</w:t>
      </w:r>
    </w:p>
    <w:p w14:paraId="2BD209A5" w14:textId="77777777" w:rsidR="00036434" w:rsidRPr="00036434" w:rsidRDefault="00036434" w:rsidP="00036434">
      <w:pPr>
        <w:pStyle w:val="Akapitzlist"/>
        <w:spacing w:after="0" w:line="240" w:lineRule="auto"/>
        <w:ind w:left="828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385FE567" w14:textId="7CCBA629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Nauczyciel prowadzący zajęcia upomina słownie ucznia, w przypadku braku reakcji,</w:t>
      </w:r>
      <w:r w:rsidR="00FA41D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informuje o</w:t>
      </w:r>
      <w:r w:rsidR="00FA41D3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zachowaniu rodziców ucznia osobiście lub posyłając odpowiednią</w:t>
      </w:r>
      <w:r w:rsidR="00FA41D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informację mailową dziennikiem elektronicznym. Po zajęciach przeprowadza rozmowę</w:t>
      </w:r>
      <w:r w:rsidR="00FA41D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 uczniem. Stosuje konsekwencje przewidziane w Statucie. Na kolejnej lekcji kontroluje</w:t>
      </w:r>
      <w:r w:rsidR="00FA41D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fakt zapoznania się rodzica z informacją.</w:t>
      </w:r>
    </w:p>
    <w:p w14:paraId="479758FE" w14:textId="529DD46D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   W sytuacji wymagającej natychmiastowej interwencji innych osób nauczyciel</w:t>
      </w:r>
      <w:r w:rsidR="005668A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powiadamia pedagoga, który zabiera ucznia z lekcji do odrębnego pomieszczenia,</w:t>
      </w:r>
      <w:r w:rsidR="005668A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przeprowadza z uczniem rozmowę i ustala konsekwencje zachowania w zależności</w:t>
      </w:r>
      <w:r w:rsidR="005668A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od popełnionego wykroczenia.</w:t>
      </w:r>
    </w:p>
    <w:p w14:paraId="227D6236" w14:textId="5C6E3B56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Jeśli sytuacja się powtarza pedagog i wychowawca przeprowadzają rozmowę z uczniem</w:t>
      </w:r>
      <w:r w:rsidR="005668A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 jego rodzicami. Stosowane są dalsze konsekwencje przewidziane w Statucie.</w:t>
      </w:r>
    </w:p>
    <w:p w14:paraId="77D8893E" w14:textId="7735C06A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4. Jeśli uczeń w sposób rażący naruszył zasady obowiązujące w szkole pedagog</w:t>
      </w:r>
      <w:r w:rsidR="005668A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 porozumieniu z</w:t>
      </w:r>
      <w:r w:rsidR="00FA41D3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dyrektorem szkoły wzywa rodziców do natychmiastowego przybycia</w:t>
      </w:r>
      <w:r w:rsidR="005668A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do szkoły i przeprowadza rozmowę z uczniem i jego rodzicami, ustala konsekwencje</w:t>
      </w:r>
      <w:r w:rsidR="005668A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stosownie do ciężaru przewinienia zgodnie ze Statutem, jeśli sytuacja tego wymaga</w:t>
      </w:r>
      <w:r w:rsidR="005668A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informuje się Sąd Rodzinny.</w:t>
      </w:r>
    </w:p>
    <w:p w14:paraId="6AA60F82" w14:textId="046875D2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>5. Z przebiegu zdarzenia nauczyciel sporządza notatkę, z przebiegu interwencji notatkę</w:t>
      </w:r>
      <w:r w:rsidR="005668A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sporządza pedagog.</w:t>
      </w:r>
    </w:p>
    <w:p w14:paraId="06866858" w14:textId="77777777" w:rsidR="00036434" w:rsidRDefault="0003643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7FADF04C" w14:textId="3F8C6ECF" w:rsidR="0072214D" w:rsidRPr="002E72E4" w:rsidRDefault="0003643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B) W PRZYPADKU AGRESYWNEGO ZACHOWANIA UCZNIA WOBEC INNEGO UCZNIA</w:t>
      </w:r>
      <w:r w:rsidR="00CD08D3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:</w:t>
      </w:r>
    </w:p>
    <w:p w14:paraId="1F96C911" w14:textId="77777777" w:rsidR="00036434" w:rsidRDefault="00036434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35F988B0" w14:textId="0983C7DB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Nauczyciel obserwujący takie zachowanie ma obowiązek przerwania go, używając</w:t>
      </w:r>
      <w:r w:rsidR="005668A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perswazji słownej lub fizycznej, jeśli jest taka możliwość przeprowadza wstępną rozmowę</w:t>
      </w:r>
      <w:r w:rsidR="005668A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 uczniem i ustala okoliczności zdarzenia.</w:t>
      </w:r>
    </w:p>
    <w:p w14:paraId="40FDAA9E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Powiadamia wychowawcę ucznia o zdarzeniu.</w:t>
      </w:r>
    </w:p>
    <w:p w14:paraId="0DFFB8B5" w14:textId="76BFC258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Wychowawca przeprowadza rozmowę z uczniem w obecności nauczyciela – świadka</w:t>
      </w:r>
      <w:r w:rsidR="005668A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zdarzenia (zidentyfikowanie ofiary, agresora, świadka, ocena zdarzenia, wyciągnięcie</w:t>
      </w:r>
      <w:r w:rsidR="005668A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wniosków) i wymierza karę stosowną do zaistniałej sytuacji, zgodną ze Statutem</w:t>
      </w:r>
      <w:r w:rsidR="00FA41D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oraz informuje drogą mailową rodziców ucznia o</w:t>
      </w:r>
      <w:r w:rsidR="00FA41D3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zdarzeniu i formie wymierzonej kary.</w:t>
      </w:r>
    </w:p>
    <w:p w14:paraId="73FFF6C6" w14:textId="24669B79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4. Wychowawca sporządza notatkę (opis zdarzenia, osoby uczestniczące, sprawca,</w:t>
      </w:r>
      <w:r w:rsidR="005668A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poszkodowany), przechowuje ją w dokumentacji wychowawcy.</w:t>
      </w:r>
    </w:p>
    <w:p w14:paraId="3DAAFA8C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5. W sytuacji, gdy zachowanie agresywne powtarza się wychowawca zgłasza sprawę</w:t>
      </w:r>
    </w:p>
    <w:p w14:paraId="5CBA3DFA" w14:textId="568821BE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do pedagoga lub psychologa szkolnego, jeśli jest zatrudniony i dyrektora ZPO w Ruszczy. Przeprowadza się rozmowę interwencyjną</w:t>
      </w:r>
      <w:r w:rsidR="005668A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 obecności rodziców i w uzasadnionych przypadkach w</w:t>
      </w:r>
      <w:r w:rsidR="005668AD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obecności policjanta ds.</w:t>
      </w:r>
      <w:r w:rsidR="005668A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nieletnich.</w:t>
      </w:r>
    </w:p>
    <w:p w14:paraId="4CF6C86B" w14:textId="05DEF49E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6. Wychowawca w porozumieniu z pedagogiem i dyrektorem szkoły uzgadnia sankcje</w:t>
      </w:r>
      <w:r w:rsidR="005668A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 stosunku do sprawcy zdarzenia w oparciu o statut szkoły i informuje o zastosowanych</w:t>
      </w:r>
      <w:r w:rsidR="005668A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wobec ucznia konsekwencjach.</w:t>
      </w:r>
    </w:p>
    <w:p w14:paraId="255D0B5A" w14:textId="4BFFFB6D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7. W sytuacji, gdy uczeń w dalszym ciągu stwarza zagrożenie dla innych uczniów, pedagog</w:t>
      </w:r>
      <w:r w:rsidR="005668A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szkolny w</w:t>
      </w:r>
      <w:r w:rsidR="005668AD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porozumieniu z dyrektorem szkoły i wychowawcą ucznia kieruje wniosek do</w:t>
      </w:r>
      <w:r w:rsidR="005668A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sądu rodzinnego o</w:t>
      </w:r>
      <w:r w:rsidR="005668AD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zastosowanie środka wychowawczego zapobiegającego demoralizacji</w:t>
      </w:r>
      <w:r w:rsidR="005668A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ucznia.</w:t>
      </w:r>
    </w:p>
    <w:p w14:paraId="71C78225" w14:textId="77777777" w:rsidR="00036434" w:rsidRDefault="0003643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148CE985" w14:textId="0DD8A9C6" w:rsidR="0072214D" w:rsidRDefault="00036434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C) W PRZYPADKU UŻYWANIA PRZEZ UCZNIA WULGARYZMÓW WOBEC RÓWIEŚNIKÓW(AGRESJA SŁOWNA):</w:t>
      </w:r>
    </w:p>
    <w:p w14:paraId="2FBE8CF8" w14:textId="77777777" w:rsidR="00036434" w:rsidRPr="002E72E4" w:rsidRDefault="00036434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501DA536" w14:textId="5B62E9B9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  Rozmowa nauczyciela z uczniem prowadzona bezpośrednio po zaistniałym zdarzeniu</w:t>
      </w:r>
      <w:r w:rsidR="005668A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</w:t>
      </w:r>
      <w:r w:rsidR="005668AD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powiadomienie wychowawcy.</w:t>
      </w:r>
    </w:p>
    <w:p w14:paraId="1C57DC2A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  W przypadku powtarzających się sytuacji – powiadomienie rodziców i pedagoga.</w:t>
      </w:r>
    </w:p>
    <w:p w14:paraId="71A5FF09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  Wychowawca i pedagog opracowują plan pracy z uczniem.</w:t>
      </w:r>
    </w:p>
    <w:p w14:paraId="1A34BEEE" w14:textId="46072A24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4.   Wobec ucznia, który nie przestrzega ustalonych zasad stosuje się system kar zawartych</w:t>
      </w:r>
      <w:r w:rsidR="005668A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</w:t>
      </w:r>
      <w:r w:rsidR="005668AD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Statucie.</w:t>
      </w:r>
    </w:p>
    <w:p w14:paraId="748D7817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5.   Wychowawca zobowiązany jest do sporządzenia notatki z zajścia i przechowywania jej</w:t>
      </w:r>
    </w:p>
    <w:p w14:paraId="7244FD11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 dokumentacji wychowawcy.</w:t>
      </w:r>
    </w:p>
    <w:p w14:paraId="6DEFAED4" w14:textId="77777777" w:rsidR="005668AD" w:rsidRDefault="005668AD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5BAD78F9" w14:textId="665BE1BB" w:rsidR="0072214D" w:rsidRPr="002E72E4" w:rsidRDefault="005668AD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D) W SYTUACJI BÓJKI MIĘDZY UCZNIAMI NA TERENIE SZKOŁY:</w:t>
      </w:r>
    </w:p>
    <w:p w14:paraId="33B88210" w14:textId="77777777" w:rsidR="005668AD" w:rsidRDefault="005668AD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7BCCC21D" w14:textId="39503E66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  Nauczyciel obecny przy zajściu wydaje nakaz natychmiastowego zaprzestania bójki,</w:t>
      </w:r>
      <w:r w:rsidR="005668A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 razie potrzeby rozdziela uczniów przy pomocy innego nauczyciela lub pracownika</w:t>
      </w:r>
      <w:r w:rsidR="00FA41D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szkoły.</w:t>
      </w:r>
    </w:p>
    <w:p w14:paraId="32D1991D" w14:textId="7F427FF9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W przypadku obrażeń na ciele, niepokojącego stanu zdrowia ucznia, nauczyciel</w:t>
      </w:r>
      <w:r w:rsidR="00FA41D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 pierwszej kolejności powiadamia dyrektora ZPO w Ruszczy i pielęgniarkę, pielęgniarka</w:t>
      </w:r>
      <w:r w:rsidR="00FA41D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powiadamia pogotowie ratunkowe.</w:t>
      </w:r>
    </w:p>
    <w:p w14:paraId="49A59B8A" w14:textId="75570E92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Nauczyciel w dalszej kolejności powiadamia wychowawcę i pedagoga, wychowawca</w:t>
      </w:r>
      <w:r w:rsidR="00FA41D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rodziców ucznia poszkodowanego.</w:t>
      </w:r>
    </w:p>
    <w:p w14:paraId="29E8D6C3" w14:textId="506EC3A9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4. W przypadku braku obrażeń i niepokojących objawów nauczyciel zawiadamia</w:t>
      </w:r>
      <w:r w:rsidR="00FA41D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wychowawcę i</w:t>
      </w:r>
      <w:r w:rsidR="00FA41D3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pedagoga, którzy przeprowadzają rozmowę z uczestnikami bójki.</w:t>
      </w:r>
    </w:p>
    <w:p w14:paraId="2EB302DA" w14:textId="25EF3CEC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5. Wychowawca klasy wraz z pedagogiem przekazują informację dyrektorowi, sporządzana</w:t>
      </w:r>
      <w:r w:rsidR="00FA41D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jest notatka ze zdarzenia.</w:t>
      </w:r>
    </w:p>
    <w:p w14:paraId="0B00691A" w14:textId="590E34CA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>6. Pedagog powiadamia kuratora sądowego, jeśli ten sprawuje opiekę nad uczniem,</w:t>
      </w:r>
      <w:r w:rsidR="00FA41D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 szczególnych wypadkach Policję lub Sąd Rodzinny.</w:t>
      </w:r>
    </w:p>
    <w:p w14:paraId="29CCD2E7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7. Wychowawca zawiadamia rodziców.</w:t>
      </w:r>
    </w:p>
    <w:p w14:paraId="31C3B432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8. Wobec uczestników zajścia stosuje się kary zapisane w Statucie Szkoły.</w:t>
      </w:r>
    </w:p>
    <w:p w14:paraId="508909FC" w14:textId="78698FCB" w:rsidR="0072214D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9. Wychowawca zobowiązany jest do sporządzenia notatki z zajścia i przechowywania jej</w:t>
      </w:r>
      <w:r w:rsidR="00FA41D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</w:t>
      </w:r>
      <w:r w:rsidR="00FA41D3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dokumentacji wychowawcy.</w:t>
      </w:r>
    </w:p>
    <w:p w14:paraId="0D2C307F" w14:textId="77777777" w:rsidR="00036434" w:rsidRPr="002E72E4" w:rsidRDefault="00036434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1DA2464B" w14:textId="23B042AB" w:rsidR="0072214D" w:rsidRDefault="00036434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E) W SYTUACJI ZASTRASZANIA, WYMUSZANIA, WYWIERANIA PRESJI NA TERENIE SZKOŁY</w:t>
      </w:r>
      <w:r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ORAZ INNYCH RODZAJÓW PRZEMOCY PSYCHICZNEJ:</w:t>
      </w:r>
    </w:p>
    <w:p w14:paraId="75AE13C0" w14:textId="77777777" w:rsidR="00036434" w:rsidRPr="002E72E4" w:rsidRDefault="00036434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756F7F8A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Zgłoszenie zajścia do nauczyciela dyżurującego lub wychowawcy.</w:t>
      </w:r>
    </w:p>
    <w:p w14:paraId="517CB83C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Wychowawca niezwłocznie informuje dyrektora ZPO w Ruszczy, pedagoga i rodziców uczniów</w:t>
      </w:r>
    </w:p>
    <w:p w14:paraId="38B4AD3D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obu stron zajścia.</w:t>
      </w:r>
    </w:p>
    <w:p w14:paraId="322D8E5B" w14:textId="01ED3BB0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Wychowawca wyjaśnia okoliczności zajścia, w obecności pedagoga, a następnie</w:t>
      </w:r>
      <w:r w:rsidR="00FA41D3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dyrektora ZPO w</w:t>
      </w:r>
      <w:r w:rsidR="00FA41D3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Ruszczy i rodziców.</w:t>
      </w:r>
    </w:p>
    <w:p w14:paraId="18BAFB4C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4. Wobec winnego ucznia stosuje się kary zapisane w Statucie Szkoły.</w:t>
      </w:r>
    </w:p>
    <w:p w14:paraId="449FE5E7" w14:textId="47F527A3" w:rsidR="0072214D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5. Wychowawca zobowiązany jest do sporządzenia notatki z zajścia i przechowywania jej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dokumentacji wychowawcy.</w:t>
      </w:r>
    </w:p>
    <w:p w14:paraId="56DDB33B" w14:textId="77777777" w:rsidR="00036434" w:rsidRPr="002E72E4" w:rsidRDefault="00036434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45439A39" w14:textId="4407D61C" w:rsidR="0072214D" w:rsidRDefault="0003643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F) W SYTUACJI STWIERDZENIA PRZEMOCY FIZYCZNEJ POZASZKOLNEJ WZGLĘDEM UCZNIA:</w:t>
      </w:r>
    </w:p>
    <w:p w14:paraId="1CE3B426" w14:textId="77777777" w:rsidR="00036434" w:rsidRPr="002E72E4" w:rsidRDefault="0003643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3C68500E" w14:textId="7B16D1F0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W przypadku zgłoszenia przez ucznia lub zauważenia przez pracownika szkoły śladów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przemocy fizycznej u ucznia, pracownik zobowiązany jest niezwłocznie powiadomić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 tym fakcie wychowawcę lub w razie jego nieobecności pedagoga lub dyrektora ZPO w Ruszczy.</w:t>
      </w:r>
    </w:p>
    <w:p w14:paraId="08D3ED80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Pielęgniarka szkolna dokonuje ogólnych, wstępnych oględzin i sporządza notatkę</w:t>
      </w:r>
    </w:p>
    <w:p w14:paraId="454AF4C2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 stylu:</w:t>
      </w:r>
    </w:p>
    <w:p w14:paraId="679C8539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Dnia ..................... na ciele dziecka ............................. stwierdzono krwawe wybroczyny</w:t>
      </w:r>
    </w:p>
    <w:p w14:paraId="7AAFD83C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 okolicach ..........................., zasinienia w okolicach ....................</w:t>
      </w:r>
    </w:p>
    <w:p w14:paraId="2ADD1516" w14:textId="75F7F83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Wychowawca wraz z pedagogiem rozmawia z dzieckiem i zapisuje treść wszystkich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odpowiedzi ucznia na postawione pytania. (Notatka z rozmowy powinna znaleźć się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 dokumentacji wychowawcy).</w:t>
      </w:r>
    </w:p>
    <w:p w14:paraId="60C1297F" w14:textId="45D9B4B2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4. W zależności od stanu zdrowia dziecka należy zawiadomić rodziców, wezwać pogotowie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ratunkowe.</w:t>
      </w:r>
    </w:p>
    <w:p w14:paraId="5F2607EF" w14:textId="2914361D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5. W zależności od zaistniałej sytuacji wychowawca, pedagog rozmawia z rodzicami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ucznia. Następnie osoby rozmawiające z uczniem sporządzają notatkę ze zdarzenia.</w:t>
      </w:r>
    </w:p>
    <w:p w14:paraId="37EDF739" w14:textId="1673D4BF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6. W szczególnych przypadkach zawiadamiana jest Policja oraz Sąd Rodzinny (wniosek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o wgląd w 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> s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ytuację rodzinną).</w:t>
      </w:r>
    </w:p>
    <w:p w14:paraId="7D53792C" w14:textId="3309B50F" w:rsidR="0072214D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7. Wychowawca zobowiązany jest do sporządzenia notatki z zajścia i przechowywania jej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 dokumentacji wychowawcy.</w:t>
      </w:r>
    </w:p>
    <w:p w14:paraId="4641F4DB" w14:textId="77777777" w:rsidR="00036434" w:rsidRPr="002E72E4" w:rsidRDefault="00036434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065C7D02" w14:textId="0F0208DB" w:rsidR="0072214D" w:rsidRDefault="0003643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G) W PRZYPADKU AGRESJI SŁOWNEJ LUB/I FIZYCZNEJ UCZNIA WOBEC NAUCZYCIELA:</w:t>
      </w:r>
    </w:p>
    <w:p w14:paraId="2BADEEF3" w14:textId="77777777" w:rsidR="00036434" w:rsidRPr="002E72E4" w:rsidRDefault="0003643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08BC3BA2" w14:textId="6AFC2A32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Zgodnie z ustawą Karta Nauczyciela (art.63 ust. 1) nauczyciel jest funkcjonariuszem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publicznym, chronionym podczas wypełniania swoich funkcji przez przepisy Kodeksu Karnego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z dnia 6 czerwca 1997 r. (Dz. U. nr 88 poz. 553 z </w:t>
      </w:r>
      <w:proofErr w:type="spellStart"/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późn</w:t>
      </w:r>
      <w:proofErr w:type="spellEnd"/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 zmianami - rozdz. XXIX § 13 art.115).</w:t>
      </w:r>
    </w:p>
    <w:p w14:paraId="38487B63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Poszkodowany nauczyciel powiadamia o zdarzeniu dyrektora ZPO w Ruszczy.</w:t>
      </w:r>
    </w:p>
    <w:p w14:paraId="0667F37B" w14:textId="3F55F7A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Dyrektor wraz z pedagogiem wyjaśnia okoliczności zajścia i w trybie natychmiastowym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wzywa do szkoły rodziców ucznia, informując ich o zdarzeniu i dalszym postępowaniu</w:t>
      </w:r>
    </w:p>
    <w:p w14:paraId="5CF46B1B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wobec ucznia.</w:t>
      </w:r>
    </w:p>
    <w:p w14:paraId="27BDD835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Na wniosek poszkodowanego dyrektor powiadamia o zdarzeniu Policję.</w:t>
      </w:r>
    </w:p>
    <w:p w14:paraId="391C2439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4. W sytuacji wyjątkowej (zagrożenia życia, nieobecności dyrektora, w godzinach zajęć</w:t>
      </w:r>
    </w:p>
    <w:p w14:paraId="182387C4" w14:textId="62F516C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>popołudniowych w szkole) nauczyciel/ pracownik szkoły zawiadamia niezwłocznie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 zdarzeniu Policję.</w:t>
      </w:r>
    </w:p>
    <w:p w14:paraId="238B2144" w14:textId="1622B141" w:rsidR="0072214D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5. W sytuacji uzasadnionej np. podejrzeniem ataku choroby psychicznej dyrektor szkoły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wzywa pogotowie ratunkowe.</w:t>
      </w:r>
    </w:p>
    <w:p w14:paraId="7B99922A" w14:textId="77777777" w:rsidR="00036434" w:rsidRPr="002E72E4" w:rsidRDefault="00036434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2B8804C5" w14:textId="41592C85" w:rsidR="0072214D" w:rsidRDefault="0003643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H) W PRZYPADKU AGRESYWNEGO ZACHOWANIA PRACOWNIKA SZKOŁY WOBEC UCZNIA:</w:t>
      </w:r>
    </w:p>
    <w:p w14:paraId="2780EE8C" w14:textId="77777777" w:rsidR="00036434" w:rsidRPr="002E72E4" w:rsidRDefault="0003643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58BBCA0E" w14:textId="44EC78A6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Po uzyskaniu informacji o zdarzeniu od ucznia/rodzica/pracownika szkoły, dyrektor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szkoły przeprowadza niezwłocznie postępowanie wyjaśniające.</w:t>
      </w:r>
    </w:p>
    <w:p w14:paraId="2F0C4387" w14:textId="10BF80C2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Dyrektor ZPO w Ruszczy podejmuje przewidziane prawem działania wobec pracownika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 informuje o nich rodziców ucznia.</w:t>
      </w:r>
    </w:p>
    <w:p w14:paraId="5773EF1B" w14:textId="5799FE72" w:rsidR="0072214D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Dyrektor sporządza z podjętych działań notatkę potwierdzoną podpisem rodzica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 umieszczoną w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dokumentacji zdarzeń.</w:t>
      </w:r>
    </w:p>
    <w:p w14:paraId="4B256FF9" w14:textId="77777777" w:rsidR="00036434" w:rsidRPr="002E72E4" w:rsidRDefault="00036434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03DA9454" w14:textId="1F4B6FDA" w:rsidR="0072214D" w:rsidRDefault="00036434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I)   W PRZYPADKU AGRESYWNEGO ZACHOWANIA RODZICÓW I INNYCH OSÓB DOROSŁYCH</w:t>
      </w:r>
      <w:r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PRZEBYWAJĄCYCH NA TERENIE SZKOŁY WOBEC UCZNIÓW:</w:t>
      </w:r>
    </w:p>
    <w:p w14:paraId="6188CDEE" w14:textId="77777777" w:rsidR="00036434" w:rsidRPr="002E72E4" w:rsidRDefault="00036434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03B376A0" w14:textId="4A1D9E21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   Nauczyciel/pracownik szkoły podejmuje próbę przerwania zachowania agresywnego i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wstępnego rozpoznania okoliczności zdarzenia.</w:t>
      </w:r>
    </w:p>
    <w:p w14:paraId="16DA8AB4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   Nauczyciel/ pracownik szkoły powiadamia dyrektora ZPO w Ruszczy o zaistniałej sytuacji.</w:t>
      </w:r>
    </w:p>
    <w:p w14:paraId="1F15E41A" w14:textId="76755E6F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   W przypadku, gdy osoba dorosła nie zaprzestała zachowania agresywnego, dyrektor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szkoły zawiadamia policję.</w:t>
      </w:r>
    </w:p>
    <w:p w14:paraId="17A12500" w14:textId="3D426423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4.    W sytuacji wyjątkowej (zagrożenia życia, braku dyrektora w godzinach zajęć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popołudniowych w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szkole) nauczyciel/pracownik szkoły niezwłocznie powiadamia</w:t>
      </w:r>
    </w:p>
    <w:p w14:paraId="1C1527B3" w14:textId="77777777" w:rsidR="0072214D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Policję.</w:t>
      </w:r>
    </w:p>
    <w:p w14:paraId="4FE1AA2F" w14:textId="77777777" w:rsidR="00036434" w:rsidRPr="002E72E4" w:rsidRDefault="00036434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72A0C86E" w14:textId="567FEE93" w:rsidR="0072214D" w:rsidRDefault="0003643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J) POSTĘPOWANIE WOBEC OFIAR I SPRAWCÓW CYBERPRZEMOCY:</w:t>
      </w:r>
    </w:p>
    <w:p w14:paraId="0DF7F06D" w14:textId="77777777" w:rsidR="00036434" w:rsidRPr="002E72E4" w:rsidRDefault="0003643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3D75BAB4" w14:textId="4EC855B1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Nauczyciel, któremu zgłoszony został przypadek cyberprzemocy, informuje o zdarzeniu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wychowawcę, a ten pedagoga.</w:t>
      </w:r>
    </w:p>
    <w:p w14:paraId="6F64FECC" w14:textId="6FA896E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Wychowawca w porozumieniu z pedagogiem przeprowadza rozmowę z ofiarą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cyberprzemocy, udziela jej wsparcia i porady, ustala okoliczności zdarzenia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 ewentualnych świadków.</w:t>
      </w:r>
    </w:p>
    <w:p w14:paraId="7A223E87" w14:textId="3DC1FBC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Wychowawca i pedagog przy udziale nauczyciela informatyki zabezpieczają dowody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 jeżeli to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możliwe, ustalają tożsamość sprawcy cyberprzemocy.</w:t>
      </w:r>
    </w:p>
    <w:p w14:paraId="55456C2E" w14:textId="1ED0E096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4. Wychowawca w porozumieniu z pedagogiem informuje o zdarzeniu rodziców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poszkodowanego i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sprawcy ( jeżeli jest znany i nieletni).</w:t>
      </w:r>
    </w:p>
    <w:p w14:paraId="28805C3B" w14:textId="4263ABA3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5. Jeżeli sprawca cyberprzemocy jest uczniem szkoły, wychowawca postępuje zgodnie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 zasadami nakładania kar zawartymi w Statucie Szkoły.</w:t>
      </w:r>
    </w:p>
    <w:p w14:paraId="5DBF45F0" w14:textId="47F237AE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6. W innych    przypadkach pedagog w porozumieniu z dyrektorem szkoły zawiadamia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Policję. Sporządza notatkę przechowywaną w dokumentacji pedagoga.</w:t>
      </w:r>
    </w:p>
    <w:p w14:paraId="09B3F846" w14:textId="3FE32A40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7. Wychowawca i pedagog monitorują sytuację ucznia (ofiary), sprawdzając, czy nie są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wobec niego podejmowane działania </w:t>
      </w:r>
      <w:proofErr w:type="spellStart"/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przemocowe</w:t>
      </w:r>
      <w:proofErr w:type="spellEnd"/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bądź odwetowe ze strony sprawcy.</w:t>
      </w:r>
    </w:p>
    <w:p w14:paraId="562F161F" w14:textId="77777777" w:rsidR="006A4146" w:rsidRPr="002E72E4" w:rsidRDefault="006A4146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58485A5D" w14:textId="65A3B044" w:rsidR="0072214D" w:rsidRDefault="006A4146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12. POSTĘPOWANIE WOBEC OFIAR PRZEMOCY FIZYCZNEJ I PSYCHICZNEJ W RODZINIE</w:t>
      </w:r>
    </w:p>
    <w:p w14:paraId="15EA9932" w14:textId="77777777" w:rsidR="00036434" w:rsidRPr="002E72E4" w:rsidRDefault="0003643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4F97738E" w14:textId="40DE2F03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    Nauczyciel, który podejrzewa, że uczeń jest ofiarą przemocy domowej informuje o tym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fakcie wychowawcę, a ten pedagoga.</w:t>
      </w:r>
    </w:p>
    <w:p w14:paraId="0894B8FE" w14:textId="4EA3E35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    Wychowawca w porozumieniu z pedagogiem, w zależności od sytuacji, przeprowadza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rozmowę z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dzieckiem, prosi pielęgniarkę szkolną o pomoc w dokonaniu wywiadu lub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podejmuje inne przewidziane prawem czynności zmierzające do rozpoznania sprawy.</w:t>
      </w:r>
    </w:p>
    <w:p w14:paraId="4308F03B" w14:textId="1D364904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>3.     Pedagog w porozumieniu z dyrektorem szkoły przeprowadza rozmowę z rodzicami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dziecka. Informuje o podejrzeniu stosowania przemocy wobec dziecka i niedostatecznej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nad nim opieki oraz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konsekwencjach takiego postępowania i wskazuje formy pomocy.</w:t>
      </w:r>
    </w:p>
    <w:p w14:paraId="779AF345" w14:textId="03BECA31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4.     Pedagog sporządza notatkę z przeprowadzonej rozmowy, którą podpisują również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rodzice dziecka.</w:t>
      </w:r>
    </w:p>
    <w:p w14:paraId="0B47C991" w14:textId="32029308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5.     Jeżeli podejrzenia potwierdzają się lub istnieje uzasadniona obawa, że dziecko jest ofiarą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przemocy,    pedagog informuje       Policję i Sąd Rodzinny jednocześnie sporządza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"Niebieską Kartę". Sporządza notatkę w dokumentacji pedagoga.</w:t>
      </w:r>
    </w:p>
    <w:p w14:paraId="0A372D75" w14:textId="065366E3" w:rsidR="006A4146" w:rsidRPr="002E72E4" w:rsidRDefault="00CD08D3" w:rsidP="006A414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6.     W przypadku rodziny objętej dozorem, o swoich podejrzeniach niezwłocznie informuje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kuratora.</w:t>
      </w:r>
    </w:p>
    <w:p w14:paraId="45F418EF" w14:textId="77777777" w:rsidR="006A4146" w:rsidRPr="002E72E4" w:rsidRDefault="006A4146" w:rsidP="006A414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66BF2BD1" w14:textId="0EC338BA" w:rsidR="0072214D" w:rsidRPr="002E72E4" w:rsidRDefault="006A4146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13. POSTĘPOWANIE WOBEC UCZNIA - SPRAWCY CZYNU KARALNEGO LUB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PRZESTĘPSTWA, (ROZBÓJ, USZKODZENIE CIAŁA, ITP.)</w:t>
      </w:r>
    </w:p>
    <w:p w14:paraId="0DA232A7" w14:textId="77777777" w:rsidR="006A4146" w:rsidRPr="002E72E4" w:rsidRDefault="006A4146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4F00E178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 każdym przypadku natychmiast należy odizolować ucznia-sprawcę od rówieśników.</w:t>
      </w:r>
    </w:p>
    <w:p w14:paraId="14B9C9A3" w14:textId="53B51982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Nauczyciel niezwłocznie informuje o zdarzeniu pedagoga oraz dyrektora ZPO w Ruszczy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 jeśli jest to możliwe, zatrzymuje i przekazuje sprawcę. Dyrektor ZPO w Ruszczy wzywa Policję.</w:t>
      </w:r>
    </w:p>
    <w:p w14:paraId="646D9D84" w14:textId="21428E6B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Nauczyciel zabezpiecza ewentualne dowody przestępstwa lub przedmioty pochodzące</w:t>
      </w:r>
      <w:r w:rsidR="002B0C98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</w:t>
      </w:r>
      <w:r w:rsidR="00350650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przestępstwa i przekazuje Policji.</w:t>
      </w:r>
    </w:p>
    <w:p w14:paraId="3D098430" w14:textId="53D99791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Pedagog w porozumieniu z nauczycielem lub wychowawcą ustala wstępnie okoliczności</w:t>
      </w:r>
      <w:r w:rsidR="00F20E8E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czynu, świadków zdarzenia i przekazuje te informacje Policji.</w:t>
      </w:r>
    </w:p>
    <w:p w14:paraId="58B7A66E" w14:textId="41C53EB5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4. Pedagog powiadamia rodziców ucznia- sprawcy i sporządza notatkę w dokumentacji</w:t>
      </w:r>
      <w:r w:rsidR="00F20E8E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pedagoga.</w:t>
      </w:r>
    </w:p>
    <w:p w14:paraId="6A94DA16" w14:textId="60056302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5. Pedagog jest obecny podczas wykonywania czynności przez policję przewidzianych</w:t>
      </w:r>
      <w:r w:rsidR="00F20E8E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prawem.</w:t>
      </w:r>
    </w:p>
    <w:p w14:paraId="0E9795A7" w14:textId="31641A8B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6. W sytuacjach wyjątkowych (zagrożenie życia, nieobecność dyrekcji i pedagoga</w:t>
      </w:r>
      <w:r w:rsidR="00F20E8E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 godzinach zajęć popołudniowych w szkole, zajęć poza szkołą) nauczyciel</w:t>
      </w:r>
      <w:r w:rsidR="00F20E8E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bezzwłocznie powiadamia o przestępstwie (zdarzeniu) Policję.</w:t>
      </w:r>
    </w:p>
    <w:p w14:paraId="193A19B2" w14:textId="3A9E6956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7. Zaistniała sytuacja powinna być omówiona podczas godziny wychowawczej, co pozwoli</w:t>
      </w:r>
      <w:r w:rsidR="00F20E8E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na ukierunkowaną dyskusję oraz wyeliminuje niepożądane interpretacje, czy wręcz</w:t>
      </w:r>
    </w:p>
    <w:p w14:paraId="64F87F67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plotki.</w:t>
      </w:r>
    </w:p>
    <w:p w14:paraId="54AB99D5" w14:textId="77777777" w:rsidR="006A4146" w:rsidRPr="002E72E4" w:rsidRDefault="006A4146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2C3C8609" w14:textId="7506FCD1" w:rsidR="0072214D" w:rsidRPr="002E72E4" w:rsidRDefault="006A4146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14. POSTĘPOWANIE WOBEC UCZNIA, KTÓRY STAŁ SIĘ OFIARĄ CZYNU KARALNEGO</w:t>
      </w:r>
    </w:p>
    <w:p w14:paraId="1D80627F" w14:textId="77777777" w:rsidR="006A4146" w:rsidRPr="005668AD" w:rsidRDefault="006A4146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6B0E9114" w14:textId="0CAC1EFE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 każdym przypadku należy odizolować ucznia-ofiarę od sprawcy poprzez umieszczenie</w:t>
      </w:r>
      <w:r w:rsidR="00F20E8E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 odrębnym pomieszczeniu.</w:t>
      </w:r>
    </w:p>
    <w:p w14:paraId="4E98A584" w14:textId="118CE9B5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Nauczyciel udziela pierwszej pomocy lub zapewnia jej udzielenie, wzywa pielęgniarkę,</w:t>
      </w:r>
      <w:r w:rsidR="00C41371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a w razie konieczności karetkę pogotowia.</w:t>
      </w:r>
    </w:p>
    <w:p w14:paraId="51128DEC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Nauczyciel niezwłocznie powiadamia dyrektora ZPO w Ruszczy i pedagoga oraz rodziców ucznia.</w:t>
      </w:r>
    </w:p>
    <w:p w14:paraId="305DCA5E" w14:textId="37B67004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Powiadamia rodziców ucznia o zajściu, aktualnym stanie fizycznym i psychicznym</w:t>
      </w:r>
      <w:r w:rsidR="00C41371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dziecka. W każdym przypadku rodzic może odebrać dziecko ze szkoły.</w:t>
      </w:r>
    </w:p>
    <w:p w14:paraId="751A8407" w14:textId="241D133C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W przypadku, gdy niezbędne jest profesjonalne zabezpieczenie śladów przestępstwa,</w:t>
      </w:r>
      <w:r w:rsidR="00C41371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pedagog w</w:t>
      </w:r>
      <w:r w:rsidR="00C41371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porozumieniu z dyrektorem szkoły powiadamia Policję i ustala okoliczności</w:t>
      </w:r>
      <w:r w:rsidR="00C41371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 ewentualnych świadków zdarzenia. Uzyskane informacje przekazuje Policji i rodzicom.</w:t>
      </w:r>
      <w:r w:rsidR="00C41371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 podjętych działań sporządza notatkę umieszczoną w dokumentacji pedagoga.</w:t>
      </w:r>
    </w:p>
    <w:p w14:paraId="04910550" w14:textId="70711D83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4. Należy zapewnić uczniowi</w:t>
      </w:r>
      <w:r w:rsidR="00C41371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</w:t>
      </w:r>
      <w:r w:rsidR="00C41371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ofierze przemocy specjalistycznej pomocy psychologiczno-</w:t>
      </w:r>
      <w:r w:rsidR="00C41371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pedagogicznej dla wzmocnienia poczucia bezpieczeństwa fizycznego i emocjonalnego.</w:t>
      </w:r>
    </w:p>
    <w:p w14:paraId="3C774F7E" w14:textId="77777777" w:rsidR="006A4146" w:rsidRPr="002E72E4" w:rsidRDefault="006A4146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4A857EC4" w14:textId="28904FB0" w:rsidR="0072214D" w:rsidRPr="002E72E4" w:rsidRDefault="006A4146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15. PROCEDURY POSTĘPOWANIA W PRZYPADKU POSIADANIA PRZEZ UCZNIÓW</w:t>
      </w:r>
    </w:p>
    <w:p w14:paraId="5112D645" w14:textId="5C6BFE31" w:rsidR="0072214D" w:rsidRPr="002E72E4" w:rsidRDefault="006A4146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NIEBEZPIECZNYCH NARZĘDZI, PRZEDMIOTÓW I NIEBEZPIECZNYCH SUBSTANCJI, W TYMSUBSTANCJI ODURZAJĄCYCH</w:t>
      </w:r>
    </w:p>
    <w:p w14:paraId="3D87A675" w14:textId="77777777" w:rsidR="006A4146" w:rsidRPr="002E72E4" w:rsidRDefault="006A4146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66CF0901" w14:textId="754BF4DF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Za przedmioty niebezpieczne uważa się: scyzoryki i noże, duże metalowe sygnety, łańcuchy,</w:t>
      </w:r>
      <w:r w:rsidR="001B6610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szpikulce, kije, lasery, gaz, straszaki broni, pałki gumowe lub plastikowe oraz inne</w:t>
      </w:r>
      <w:r w:rsidR="001B6610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niebezpieczne przedmioty,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>substancje chemiczne łatwopalne, wybuchowe i żrące, narkotyki,</w:t>
      </w:r>
      <w:r w:rsidR="001B6610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alkohol, nikotynę, leki psychotropowe, tzw. „dopalacze”.</w:t>
      </w:r>
    </w:p>
    <w:p w14:paraId="19E1F779" w14:textId="5F7902D1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  Nauczyciel lub inny pracownik szkoły, który podejrzewa, że uczeń posiada przy sobie</w:t>
      </w:r>
      <w:r w:rsidR="001B6610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substancję przypominającą narkotyk odizolowuje ucznia poprzez umieszczenie go</w:t>
      </w:r>
      <w:r w:rsidR="001B6610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 oddzielnym pomieszczeniu.</w:t>
      </w:r>
    </w:p>
    <w:p w14:paraId="26577532" w14:textId="7342DA48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    Gdy nauczyciel jest świadkiem posiadania przez ucznia niedozwolonego narzędzia lub</w:t>
      </w:r>
      <w:r w:rsidR="001B6610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substancji nakłania go do oddania niebezpiecznego przedmiotu i podejmuje działanie</w:t>
      </w:r>
      <w:r w:rsidR="001B6610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zmierzające do jego zabezpieczenia (zachowując środki ostrożności deponuje</w:t>
      </w:r>
      <w:r w:rsidR="001B6610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 sekretariacie, gabinecie pedagoga lub zabezpiecza pomieszczenie, w którym znajduje</w:t>
      </w:r>
      <w:r w:rsidR="001B6610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się przedmiot przed dostępem innych uczniów).</w:t>
      </w:r>
    </w:p>
    <w:p w14:paraId="3285BE57" w14:textId="5C8E3738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  Jeżeli uczeń nie chce oddać przedmiotu lub substancji nauczyciel interweniujący</w:t>
      </w:r>
      <w:r w:rsidR="007C3175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n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atychmiast powiadamia wychowawcę, pedagoga, a w uzasadnionych sytuacjach</w:t>
      </w:r>
      <w:r w:rsidR="007C3175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dyrektora ZPO w Ruszczy.</w:t>
      </w:r>
    </w:p>
    <w:p w14:paraId="4FE3CF38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4.   Jeśli uczeń odmawia współpracy należy wezwać Policję, która dokonuje przeszukania.</w:t>
      </w:r>
    </w:p>
    <w:p w14:paraId="32A233EF" w14:textId="4E4C242F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5.   Wychowawca bądź pedagog przeprowadza rozmowę z uczniem wyjaśniając przyczyny</w:t>
      </w:r>
      <w:r w:rsidR="007C3175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przyniesienia tego przedmiotu, pouczając o grożącym niebezpieczeństwie oraz</w:t>
      </w:r>
      <w:r w:rsidR="007C3175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informując o sposobie ukarania.</w:t>
      </w:r>
    </w:p>
    <w:p w14:paraId="722F7869" w14:textId="7CC0AE33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6.   Wychowawca lub pedagog informuje o zdarzeniu rodziców ucznia, wzywa ich</w:t>
      </w:r>
      <w:r w:rsidR="007C3175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do szkoły i jeżeli jest to prawnie możliwe, oddaje przedmiot oraz sporządza notatkę</w:t>
      </w:r>
      <w:r w:rsidR="007C3175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 dokumentacji pedagoga szkoły.</w:t>
      </w:r>
    </w:p>
    <w:p w14:paraId="3F627602" w14:textId="1BB02034" w:rsidR="0072214D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7.   W przypadku, gdy istnieje uzasadnione podejrzenie, że jest to narkotyk, substancja lub</w:t>
      </w:r>
      <w:r w:rsidR="007C3175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przedmiot zagrażający zdrowiu i życiu dyrektor szkoły, pedagog lub interweniujący</w:t>
      </w:r>
      <w:r w:rsidR="007C3175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nauczyciel wzywa Policję.</w:t>
      </w:r>
    </w:p>
    <w:p w14:paraId="004A0EDB" w14:textId="77777777" w:rsidR="00036434" w:rsidRPr="002E72E4" w:rsidRDefault="00036434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2D9E21C8" w14:textId="76DECAD2" w:rsidR="0072214D" w:rsidRPr="002E72E4" w:rsidRDefault="006A4146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16. PROCEDURY POSTĘPOWANIA W SYTUACJI UŻYWANIA PRZEZ UCZNIÓW SUBSTANCJI ODURZAJĄCYCH I UZALEŻNIAJĄCYCH ( NIKOTYNA, ALKOHOL, NARKOTYKI, LEKI PSYCHOTROPOWE, TZW. DOPALACZE ITP.)</w:t>
      </w:r>
    </w:p>
    <w:p w14:paraId="1B2E59A0" w14:textId="77777777" w:rsidR="006A4146" w:rsidRPr="005668AD" w:rsidRDefault="006A4146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0236FA22" w14:textId="5636C64A" w:rsidR="0072214D" w:rsidRPr="00036434" w:rsidRDefault="00036434" w:rsidP="00036434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036434">
        <w:rPr>
          <w:rFonts w:ascii="Times New Roman" w:hAnsi="Times New Roman" w:cs="Times New Roman"/>
          <w:bCs/>
          <w:sz w:val="24"/>
          <w:szCs w:val="24"/>
          <w:lang w:val="pl-PL"/>
        </w:rPr>
        <w:t>W SYTUACJI PODEJRZENIA, ŻE UCZEŃ ZNAJDUJE SIĘ POD WPŁYWEM ALKOHOLU LUB ŚRODKÓW ODURZAJĄCYCH:</w:t>
      </w:r>
    </w:p>
    <w:p w14:paraId="5D4C611F" w14:textId="77777777" w:rsidR="00036434" w:rsidRPr="00036434" w:rsidRDefault="00036434" w:rsidP="00036434">
      <w:pPr>
        <w:pStyle w:val="Akapitzlist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12269FDA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Nauczyciel odizolowuje ucznia od innych dzieci.</w:t>
      </w:r>
    </w:p>
    <w:p w14:paraId="6ECF3C32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Nauczyciel informuje o zdarzeniu pedagoga, wychowawcę i dyrektora ZPO w Ruszczy.</w:t>
      </w:r>
    </w:p>
    <w:p w14:paraId="3E76DE96" w14:textId="0167B9F2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Dyrektor informuje rodziców ucznia i wzywa ich do szkoły, jednocześnie</w:t>
      </w:r>
      <w:r w:rsidR="007C3175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zawiadamia pogotowie i</w:t>
      </w:r>
      <w:r w:rsidR="007C3175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Policję.</w:t>
      </w:r>
    </w:p>
    <w:p w14:paraId="7146080A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4. Pedagog odnotowuje zdarzenie w dokumentacji pedagoga szkoły.</w:t>
      </w:r>
    </w:p>
    <w:p w14:paraId="5A8E3F82" w14:textId="53A75DF7" w:rsidR="0072214D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5. Wychowawca i pedagog przeprowadzają rozmowy z uczniem i jego rodzicami.</w:t>
      </w:r>
      <w:r w:rsidR="007C3175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(Rozmowa     obejmuje    informacje    o   ustalonych   okolicznościach   zdarzenia,</w:t>
      </w:r>
      <w:r w:rsidR="007C3175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konsekwencjach zażywania środków odurzających, formie ukarania ucznia). Zostaje</w:t>
      </w:r>
      <w:r w:rsidR="007C3175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sporządzony kontrakt. (Załącznik nr 2 i/lub nr 3)</w:t>
      </w:r>
    </w:p>
    <w:p w14:paraId="17636A60" w14:textId="77777777" w:rsidR="00036434" w:rsidRPr="002E72E4" w:rsidRDefault="00036434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1E2745C8" w14:textId="23786C96" w:rsidR="0072214D" w:rsidRPr="00036434" w:rsidRDefault="00036434" w:rsidP="00036434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036434">
        <w:rPr>
          <w:rFonts w:ascii="Times New Roman" w:hAnsi="Times New Roman" w:cs="Times New Roman"/>
          <w:bCs/>
          <w:sz w:val="24"/>
          <w:szCs w:val="24"/>
          <w:lang w:val="pl-PL"/>
        </w:rPr>
        <w:t>W SYTUACJI STWIERDZENIA PALENIA TYTONIU PRZEZ UCZNIA:</w:t>
      </w:r>
    </w:p>
    <w:p w14:paraId="55511AA7" w14:textId="77777777" w:rsidR="00036434" w:rsidRPr="00036434" w:rsidRDefault="00036434" w:rsidP="00036434">
      <w:pPr>
        <w:pStyle w:val="Akapitzlist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7508D136" w14:textId="77E401FF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Nauczyciel nakazuje uczniowi zwrot tytoniu i informuje o zdarzeniu wychowawcę</w:t>
      </w:r>
      <w:r w:rsidR="007C3175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klasy.</w:t>
      </w:r>
    </w:p>
    <w:p w14:paraId="6581E02D" w14:textId="4EB45B90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Wychowawca powiadamia o zdarzeniu rodziców ucznia, a pedagog odnotowuje fakt</w:t>
      </w:r>
      <w:r w:rsidR="007C3175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 swojej dokumentacji.</w:t>
      </w:r>
    </w:p>
    <w:p w14:paraId="7AFF0FAA" w14:textId="407FECCF" w:rsidR="006A4146" w:rsidRPr="002E72E4" w:rsidRDefault="00CD08D3" w:rsidP="006A414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Wychowawca w porozumieniu z pedagogiem przeprowadza rozmowy z uczniem</w:t>
      </w:r>
      <w:r w:rsidR="007C3175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 jego rodzicami. Rozmowa obejmuje informacje o ustalonych okolicznościach</w:t>
      </w:r>
      <w:r w:rsidR="007C3175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zdarzenia, konsekwencjach palenia tytoniu, formie ukarania ucznia. Zostaje</w:t>
      </w:r>
      <w:r w:rsidR="007C3175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sporządzony kontrakt. (Załącznik nr 2 i/lub nr 3)</w:t>
      </w:r>
    </w:p>
    <w:p w14:paraId="3DA5C011" w14:textId="77777777" w:rsidR="006A4146" w:rsidRPr="002E72E4" w:rsidRDefault="006A4146" w:rsidP="006A414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2F391012" w14:textId="15F4DA33" w:rsidR="0072214D" w:rsidRPr="002E72E4" w:rsidRDefault="006A4146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17. PROCEDURY POSTĘPOWANIA W SYTUACJI GDY UCZEŃ ULEGŁ WYPADKOWI PODCZAS ZAJĘĆ SZKOLNYCH, ZAJĘĆ POZALEKCYJNYCH ORAZ PODCZAS PRZERW ŚRÓDLEKCYJNYCH</w:t>
      </w:r>
    </w:p>
    <w:p w14:paraId="21839994" w14:textId="77777777" w:rsidR="006A4146" w:rsidRPr="002E72E4" w:rsidRDefault="006A4146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69E0D3D2" w14:textId="7DF5E0C2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>Wypadek ucznia – nagłe zdarzenie powodujące uraz, wywołane przyczyną zewnętrzną,</w:t>
      </w:r>
      <w:r w:rsidR="007C3175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które nastąpiło w czasie pozostawania ucznia pod opieką szkoły: na terenie szkoły lub poza</w:t>
      </w:r>
      <w:r w:rsidR="007C3175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terenem szkoły (wycieczki, wyjścia pod opieką nauczycieli, „zielona szkoła” itp.).</w:t>
      </w:r>
    </w:p>
    <w:p w14:paraId="7A0B68E3" w14:textId="77B513BB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Nauczyciel będący świadkiem wypadku niezwłocznie zapewnia poszkodowanemu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opiekę, udziela pierwszej pomocy, wzywa pielęgniarkę szkolną, a w razie zagrożenia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zdrowia i życia wzywa pogotowie ratunkowe.</w:t>
      </w:r>
    </w:p>
    <w:p w14:paraId="4AE34136" w14:textId="6A047E64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Jeśli nauczyciel ma w tym czasie zajęcia z klasą – prosi o nadzór nad swoją klasą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nauczyciela uczącego w najbliższej sali.</w:t>
      </w:r>
    </w:p>
    <w:p w14:paraId="676279BA" w14:textId="241ED315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Nauczyciel lub pielęgniarka szkolna o wypadku niezwłocznie powiadamia rodziców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ucznia, a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przypadku ciężkiego wypadku również dyrektora ZPO w Ruszczy, który wyznacza</w:t>
      </w:r>
      <w:r w:rsidR="007C3175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osobę zastępującą nauczyciela-świadka wypadku na jego zajęciach lekcyjnych.</w:t>
      </w:r>
    </w:p>
    <w:p w14:paraId="2DCCA3BF" w14:textId="592AE1FD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4. Nauczyciel informuje o okolicznościach wypadku pielęgniarkę i sporządza protokół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wypadku.</w:t>
      </w:r>
    </w:p>
    <w:p w14:paraId="19A394EF" w14:textId="41876A51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5. W sytuacji nieobecności osoby udzielającej pomocy przedmedycznej, jeśli jest dostępna całość działań udzielenia pierwszej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pomocy przejmuje nauczyciel-świadek wypadku, chyba że dyrektor szkoły zdecyduje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inaczej.</w:t>
      </w:r>
    </w:p>
    <w:p w14:paraId="0B84AA53" w14:textId="1993AD00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6. Jeżeli wypadek został spowodowany niesprawnością techniczną pomieszczenia lub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urządzeń, miejsce wypadku pozostawia się nienaruszone i wyprowadza pozostałe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dzieci z pomieszczenia. Dyrektor zabezpiecza je do czasu dokonania oględzin lub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wykonania szkicu przez zespół powypadkowy.</w:t>
      </w:r>
    </w:p>
    <w:p w14:paraId="0212B86E" w14:textId="35D567F0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7. O każdym wypadku ciężkim dyrektor szkoły zawiadamia niezwłocznie organ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prowadzący i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współpracującego ze szkołą pracownika służby bhp.</w:t>
      </w:r>
    </w:p>
    <w:p w14:paraId="04A96074" w14:textId="64465746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8. O wypadku śmiertelnym, ciężkim i zbiorowym dyrektor szkoły zawiadamia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niezwłocznie prokuratora, policję i kuratora oświaty.</w:t>
      </w:r>
    </w:p>
    <w:p w14:paraId="3E3540CA" w14:textId="00C23B43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9. O wypadku, do którego doszło w wyniku zatrucia, dyrektor szkoły zawiadamia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niezwłocznie państwowego inspektora sanitarnego.</w:t>
      </w:r>
    </w:p>
    <w:p w14:paraId="05F5F83B" w14:textId="7D55F70E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10. Jeżeli wypadek zdarzył się w czasie wyjścia, imprezy organizowanej poza terenem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szkoły, wszystkie stosowne decyzje podejmuje opiekun grupy/kierownik wycieczki</w:t>
      </w:r>
      <w:r w:rsidR="007C3175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 odpowiada za nie.</w:t>
      </w:r>
    </w:p>
    <w:p w14:paraId="43983863" w14:textId="77777777" w:rsidR="006A4146" w:rsidRPr="002E72E4" w:rsidRDefault="006A4146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48409127" w14:textId="49195DA6" w:rsidR="0072214D" w:rsidRPr="002E72E4" w:rsidRDefault="006A4146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18. PROCEDURA POSTĘPOWANIA W PRZYPADKU NAGŁEJ NIEDYSPOZYCJI ZDROWOTNEJ UCZNIA</w:t>
      </w:r>
    </w:p>
    <w:p w14:paraId="14F59D19" w14:textId="77777777" w:rsidR="006A4146" w:rsidRPr="005668AD" w:rsidRDefault="006A4146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4A8172BA" w14:textId="68E52629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Nagła niedyspozycja zdrowotna ucznia – gorączka, dolegliwości żołądkowe, dolegliwości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bólowe, duszności, krótkotrwałe omdlenia i zasłabnięcia.</w:t>
      </w:r>
    </w:p>
    <w:p w14:paraId="1B575C65" w14:textId="4F7B5124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Nauczyciel prowadzący zajęcia lub nauczyciel dyżurujący dokonuje wstępnej oceny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sytuacji, zapewnia uczniowi opiekę i udziela pierwszej pomocy, a w razie potrzeby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informuje sekretariat szkoły poprzez wyznaczonego ucznia lub pracownika szkoły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 konieczności wezwania osoby udzielającej pomocy przedmedycznej, jeśli jest dostępna.</w:t>
      </w:r>
    </w:p>
    <w:p w14:paraId="342612E0" w14:textId="6D610B93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Pielęgniarka określa stan zdrowia ucznia i w razie konieczności informuje rodziców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dziecka oraz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ustala dalszą opiekę nad dzieckiem.</w:t>
      </w:r>
    </w:p>
    <w:p w14:paraId="38290261" w14:textId="550A584B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W przypadku nieobecności pielęgniarki nauczyciel powiadamia o zaistniałej sytuacji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sekretariat szkoły poprzez wyznaczonego ucznia lub pracownika szkoły. Osoba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odbierająca informację powiadamia rodziców i ustala sposób odebrania dziecka ze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szkoły.</w:t>
      </w:r>
    </w:p>
    <w:p w14:paraId="2F795D65" w14:textId="7F1F212F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4. W przypadku, gdy istnieje obawa, że zagrożone jest zdrowie i życie dziecka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nauczyciel wzywa pogotowie ratunkowe, zawiadamia dyrektora ZPO w Ruszczy oraz rodziców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ucznia.</w:t>
      </w:r>
    </w:p>
    <w:p w14:paraId="5F789AA3" w14:textId="539BCB4D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5. Do momentu odebrania przez rodziców lub przyjazdu pogotowia uczeń pozostaje pod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opieką nauczyciela lub innej osoby wyznaczonej przez dyrektora ZPO w Ruszczy.</w:t>
      </w:r>
    </w:p>
    <w:p w14:paraId="4D05776A" w14:textId="77777777" w:rsidR="006A4146" w:rsidRPr="002E72E4" w:rsidRDefault="006A4146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665E360E" w14:textId="45F2412C" w:rsidR="0072214D" w:rsidRPr="002E72E4" w:rsidRDefault="006A4146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19. POSTĘPOWANIE W PRZYPADKU UCIECZKI UCZNIA ZE SZKOŁY W CZASIE ZAJĘĆ LEKCYJNYCH I POZALEKCYJNYCH</w:t>
      </w:r>
    </w:p>
    <w:p w14:paraId="05470F9C" w14:textId="77777777" w:rsidR="006A4146" w:rsidRPr="002E72E4" w:rsidRDefault="006A4146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64BBC814" w14:textId="6F90CBBE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>1. Nauczyciel, który stwierdził fakt ucieczki ucznia niezwłocznie odnotowuje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nieobecność w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dzienniku elektronicznym i powiadamia telefonicznie rodziców.</w:t>
      </w:r>
    </w:p>
    <w:p w14:paraId="12F79DCE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 zaistniałym fakcie informuje wychowawcę klasy oraz dyrektora ZPO w Ruszczy.</w:t>
      </w:r>
    </w:p>
    <w:p w14:paraId="49F74632" w14:textId="146E7D9C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W przypadku utrudnionego kontaktu z rodzicami ucznia wychowawca wzywa ich do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szkoły listem poleconym, którego kserokopię zachowuje.</w:t>
      </w:r>
    </w:p>
    <w:p w14:paraId="59F70F0A" w14:textId="2833F199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Wychowawca wraz z pedagogiem przeprowadza rozmowy z uczniem i jego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rodzicami i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odnotowuje ten fakt w dokumentacji pedagoga lub psychologa szkolnego, jeśli jest zatrudniony. Rozmowa ma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na celu ustalenie przyczyn ucieczki z lekcji oraz przekazanie informacji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konsekwencjach takiego postępowania i formie ukarania ucznia.</w:t>
      </w:r>
    </w:p>
    <w:p w14:paraId="6EE05117" w14:textId="494A8E89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4. Jeżeli problem powtarza się, wychowawca informuje pedagoga lub psychologa szkolnego, jeśli jest zatrudniony, który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 obecności dyrektora ZPO w Ruszczy przeprowadza ponowną rozmowę z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uczniem i jego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rodzicami.</w:t>
      </w:r>
    </w:p>
    <w:p w14:paraId="01E7E5CF" w14:textId="4B12282D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5. W przypadku braku poprawy zachowania lub braku zainteresowania ze strony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rodziców pedagog w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porozumieniu z dyrektorem szkoły podejmuje inne,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przewidziane prawem czynności.</w:t>
      </w:r>
    </w:p>
    <w:p w14:paraId="3867D84B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6. Powtarzające się ucieczki pedagog zgłasza do Sądu Rodzinnego.</w:t>
      </w:r>
    </w:p>
    <w:p w14:paraId="188AC272" w14:textId="77777777" w:rsidR="006A4146" w:rsidRPr="002E72E4" w:rsidRDefault="006A4146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2032DF14" w14:textId="3B51378C" w:rsidR="0072214D" w:rsidRPr="002E72E4" w:rsidRDefault="0022061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20. PROCEDURY POSTĘPOWANIA W PRZYPADKU WAGARÓW, POWTARZAJĄCYCH SIĘ NIEUSPRAWIEDLIWIONYCH NIEOBECNOŚCI UCZNIA NA LEKCJACH</w:t>
      </w:r>
    </w:p>
    <w:p w14:paraId="0D37987B" w14:textId="77777777" w:rsidR="00220614" w:rsidRPr="002E72E4" w:rsidRDefault="00220614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053B8906" w14:textId="3E001AD8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Zgodnie ze Statutem Szkoły (§26, ust.2 pkt. j), k)) dotyczącym zasad usprawiedliwiania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nieobecności     na   lekcjach,   rodzic   ma   obowiązek    przedstawić   wychowawcy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usprawiedliwienie nieobecności dziecka na zajęciach do 3 dni od momentu powrotu ucznia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do szkoły.</w:t>
      </w:r>
    </w:p>
    <w:p w14:paraId="15BF81B5" w14:textId="7FCF2C5B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Jeśli ten warunek nie zostanie spełniony, uczeń ma godziny nieusprawiedliwione, co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wpływa na ujemne punkty zachowania, zgodnie z zapisami zawartymi w załączniku nr 2 do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WSO (§1 ust. 6 pkt. 4m)).</w:t>
      </w:r>
    </w:p>
    <w:p w14:paraId="337044AB" w14:textId="41DCF73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Wychowawca na bieżąco monitoruje proces usprawiedliwiania nieobecności przez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rodziców w przypadku opuszczania przez ucznia pojedynczych lekcji lub całych dni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bez usprawiedliwienia nawiązuje kontakt z rodzicem w celu wyjaśnienia sytuacji.</w:t>
      </w:r>
    </w:p>
    <w:p w14:paraId="2E86B308" w14:textId="33A004E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W przypadku utrudnionego kontaktu z rodzicami ucznia wychowawca wzywa ich do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szkoły listem poleconym, którego kserokopię zachowuje.</w:t>
      </w:r>
    </w:p>
    <w:p w14:paraId="134DB610" w14:textId="725EC9B4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Jeśli sytuacja nie ulega poprawie wychowawca wraz z pedagogiem przeprowadza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rozmowy z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uczniem i jego rodzicami i odnotowuje ten fakt w dokumentacji pedagoga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szkolnego.</w:t>
      </w:r>
    </w:p>
    <w:p w14:paraId="07203340" w14:textId="14486525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Rozmowa ma na celu przekazanie informacji o konsekwencjach opuszczania zajęć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lekcyjnych, formie ukarania ucznia oraz zobowiązanie rodziców do większej kontroli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nad dzieckiem.</w:t>
      </w:r>
    </w:p>
    <w:p w14:paraId="5259398C" w14:textId="63F444CB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4. Jeżeli został przez sąd przydzielony kurator społeczny, pedagog powiadamia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 powyższej absencji ucznia również kuratora, a fakt odbycia rozmowy     odnotowuje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 dokumentacji pedagoga szkoły.</w:t>
      </w:r>
    </w:p>
    <w:p w14:paraId="1552EC2F" w14:textId="6EC06B4A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5. Jeżeli sytuacja powtarza się, wychowawca informuje dyrektora ZPO w Ruszczy, który wzywa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rodzica do spełniania przez dziecko obowiązku szkolnego, wysyłając pisemne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wezwanie listem poleconym za potwierdzeniem odbioru.</w:t>
      </w:r>
    </w:p>
    <w:p w14:paraId="6D76DB40" w14:textId="5EE60065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6. Jeżeli podjęte działania nie przynoszą pozytywnego skutku dyrektor szkoły kieruje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sprawę na drogę postępowania egzekucyjnego.</w:t>
      </w:r>
    </w:p>
    <w:p w14:paraId="663040E1" w14:textId="77777777" w:rsidR="00220614" w:rsidRPr="002E72E4" w:rsidRDefault="0022061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6048A9B8" w14:textId="37B0C88C" w:rsidR="0072214D" w:rsidRPr="002E72E4" w:rsidRDefault="0022061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21. PROCEDURY POSTĘPOWANIA W PRZYPADKU ODDALENIA SIĘ UCZNIA OD GRUPY W CZASIE WYCIECZKI SZKOLNEJ NA TERENIE MIASTA I POZA MIEJSCEM ZAMIESZKANIA</w:t>
      </w:r>
    </w:p>
    <w:p w14:paraId="00C42049" w14:textId="77777777" w:rsidR="00220614" w:rsidRPr="002E72E4" w:rsidRDefault="00220614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4F28874E" w14:textId="6C805C9E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   Opiekun grupy/ kierownik wycieczki ustala okoliczności oddalenia i podejmuje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natychmiastowe poszukiwania zaginionego ucznia:</w:t>
      </w:r>
    </w:p>
    <w:p w14:paraId="627B1694" w14:textId="018B5E1D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 poza miejscem zamieszkania poszukiwanie podejmuje kierownik wycieczki,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a grupa z opiekunami pozostaje w ustalonym miejscu,</w:t>
      </w:r>
    </w:p>
    <w:p w14:paraId="4947D4C3" w14:textId="34359623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 w miejscu zamieszkania opiekun grupy telefonicznie informuje dyrekcję szkoły,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która deleguje osobę do doprowadzenia grupy do szkoły, a opiekun podejmuje</w:t>
      </w:r>
    </w:p>
    <w:p w14:paraId="63BA0691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>poszukiwania.</w:t>
      </w:r>
    </w:p>
    <w:p w14:paraId="729ADEAF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   Po odnalezieniu ucznia opiekun grupy/kierownik wycieczki:</w:t>
      </w:r>
    </w:p>
    <w:p w14:paraId="3A5DE300" w14:textId="65F3D7A8" w:rsidR="0072214D" w:rsidRPr="007C3175" w:rsidRDefault="00CD08D3" w:rsidP="007C3175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7C3175">
        <w:rPr>
          <w:rFonts w:ascii="Times New Roman" w:hAnsi="Times New Roman" w:cs="Times New Roman"/>
          <w:bCs/>
          <w:sz w:val="24"/>
          <w:szCs w:val="24"/>
          <w:lang w:val="pl-PL"/>
        </w:rPr>
        <w:t>wyjaśnia przyczyny, które doprowadziły do takiej sytuacji,</w:t>
      </w:r>
    </w:p>
    <w:p w14:paraId="3EDA418E" w14:textId="56A546BC" w:rsidR="0072214D" w:rsidRPr="007C3175" w:rsidRDefault="00CD08D3" w:rsidP="007C3175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7C3175">
        <w:rPr>
          <w:rFonts w:ascii="Times New Roman" w:hAnsi="Times New Roman" w:cs="Times New Roman"/>
          <w:bCs/>
          <w:sz w:val="24"/>
          <w:szCs w:val="24"/>
          <w:lang w:val="pl-PL"/>
        </w:rPr>
        <w:t>uświadamia odnalezionej osobie konsekwencje jej zachowania,</w:t>
      </w:r>
    </w:p>
    <w:p w14:paraId="00395EFE" w14:textId="1D977A0F" w:rsidR="0072214D" w:rsidRPr="007C3175" w:rsidRDefault="00CD08D3" w:rsidP="007C3175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7C3175">
        <w:rPr>
          <w:rFonts w:ascii="Times New Roman" w:hAnsi="Times New Roman" w:cs="Times New Roman"/>
          <w:bCs/>
          <w:sz w:val="24"/>
          <w:szCs w:val="24"/>
          <w:lang w:val="pl-PL"/>
        </w:rPr>
        <w:t>jeśli oddalenie było nieświadome, przypomina regulamin wycieczki i udziela</w:t>
      </w:r>
      <w:r w:rsidR="00036434" w:rsidRPr="007C3175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7C3175">
        <w:rPr>
          <w:rFonts w:ascii="Times New Roman" w:hAnsi="Times New Roman" w:cs="Times New Roman"/>
          <w:bCs/>
          <w:sz w:val="24"/>
          <w:szCs w:val="24"/>
          <w:lang w:val="pl-PL"/>
        </w:rPr>
        <w:t>uczniowi upomnienia,</w:t>
      </w:r>
    </w:p>
    <w:p w14:paraId="2D4B2FF4" w14:textId="57324A2B" w:rsidR="0072214D" w:rsidRPr="007C3175" w:rsidRDefault="00CD08D3" w:rsidP="007C3175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7C3175">
        <w:rPr>
          <w:rFonts w:ascii="Times New Roman" w:hAnsi="Times New Roman" w:cs="Times New Roman"/>
          <w:bCs/>
          <w:sz w:val="24"/>
          <w:szCs w:val="24"/>
          <w:lang w:val="pl-PL"/>
        </w:rPr>
        <w:t>jeśli oddalenie było świadome – przypomina regulamin wycieczki i informuje</w:t>
      </w:r>
      <w:r w:rsidR="00036434" w:rsidRPr="007C3175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7C3175">
        <w:rPr>
          <w:rFonts w:ascii="Times New Roman" w:hAnsi="Times New Roman" w:cs="Times New Roman"/>
          <w:bCs/>
          <w:sz w:val="24"/>
          <w:szCs w:val="24"/>
          <w:lang w:val="pl-PL"/>
        </w:rPr>
        <w:t>ucznia o sposobie ukarania,</w:t>
      </w:r>
    </w:p>
    <w:p w14:paraId="387B6D85" w14:textId="3F5440B8" w:rsidR="0072214D" w:rsidRPr="007C3175" w:rsidRDefault="00CD08D3" w:rsidP="007C3175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7C3175">
        <w:rPr>
          <w:rFonts w:ascii="Times New Roman" w:hAnsi="Times New Roman" w:cs="Times New Roman"/>
          <w:bCs/>
          <w:sz w:val="24"/>
          <w:szCs w:val="24"/>
          <w:lang w:val="pl-PL"/>
        </w:rPr>
        <w:t>informuje rodziców/ opiekunów prawnych.</w:t>
      </w:r>
    </w:p>
    <w:p w14:paraId="1F9CC6BD" w14:textId="1E27708A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   Jeśli poszukiwania ucznia są bezskuteczne, opiekun/kierownik grupy informuje Policję,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dyrektora ZPO w Ruszczy i rodziców.</w:t>
      </w:r>
    </w:p>
    <w:p w14:paraId="5DAF0B85" w14:textId="47A74472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4.    Jeśli oddalenie od grupy będzie się powtarzało, uczestnictwo ucznia w następnej imprezie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turystycznej zostaje zawieszone.</w:t>
      </w:r>
    </w:p>
    <w:p w14:paraId="6D6ADE38" w14:textId="77777777" w:rsidR="00220614" w:rsidRPr="002E72E4" w:rsidRDefault="0022061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1F59C8CE" w14:textId="0E683BCD" w:rsidR="0072214D" w:rsidRPr="002E72E4" w:rsidRDefault="0022061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22. PROCEDURA POSTĘPOWANIA W PRZYPADKU ZABÓJSTWA/SAMOBÓJSTWA</w:t>
      </w:r>
    </w:p>
    <w:p w14:paraId="34F9458B" w14:textId="77777777" w:rsidR="00220614" w:rsidRPr="005668AD" w:rsidRDefault="0022061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5279585B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Natychmiast o zdarzeniu powiadomić dyrektora ZPO w Ruszczy.</w:t>
      </w:r>
    </w:p>
    <w:p w14:paraId="143F8CE1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Dyrektor powiadamia Policję, pogotowie ratunkowe i organ prowadzący.</w:t>
      </w:r>
    </w:p>
    <w:p w14:paraId="650C43D7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3. Pedagog     powiadamia     Poradnię     </w:t>
      </w:r>
      <w:proofErr w:type="spellStart"/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Psychologiczno</w:t>
      </w:r>
      <w:proofErr w:type="spellEnd"/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–Pedagogiczną        i   organizuje</w:t>
      </w:r>
    </w:p>
    <w:p w14:paraId="22938079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we współpracy pomoc psychologiczną uczniom i nauczycielom.</w:t>
      </w:r>
    </w:p>
    <w:p w14:paraId="0FB474FB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4. Dyrektor zabezpiecza miejsce zdarzenia do czasu przybycia policji.</w:t>
      </w:r>
    </w:p>
    <w:p w14:paraId="101BB800" w14:textId="5FED9DD2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5. Nie należy udzielać informacji mediom, dopóki o śmierci nie powiadomi się najbliższej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rodziny.</w:t>
      </w:r>
    </w:p>
    <w:p w14:paraId="34CFE5AB" w14:textId="72EA2EF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6. Dyrektor wyznacza osobę do jak najszybszego powiadomienia najbliższej rodziny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 śmierci dziecka. Należy zrobić to twarzą w twarz, unikać telefonu lub poczty.</w:t>
      </w:r>
    </w:p>
    <w:p w14:paraId="79A4911C" w14:textId="54D64348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7. Dyrektor w miarę możliwości organizuje pomoc i wsparcie rodzinie zmarłego, w razie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potrzeby należy powiadomić pogotowie ratunkowe.</w:t>
      </w:r>
    </w:p>
    <w:p w14:paraId="5A6517E4" w14:textId="74DA1C41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8. Dyrektor organizuje pracę szkoły w ten sposób, aby możliwy był proces interwencji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kryzysowej – udzielenie wsparcia psychologicznego uczniom, pomoc w odreagowaniu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traumatycznych przeżyć.</w:t>
      </w:r>
    </w:p>
    <w:p w14:paraId="73527BD6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9. W przypadku próby samobójczej stosuje się obowiązujące procedury.</w:t>
      </w:r>
    </w:p>
    <w:p w14:paraId="3E65C42B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10. Należy stosować procedury kontaktowania się z mediami. (Załącznik nr 1)</w:t>
      </w:r>
    </w:p>
    <w:p w14:paraId="10DAB787" w14:textId="77777777" w:rsidR="00220614" w:rsidRPr="002E72E4" w:rsidRDefault="0022061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56BB5CD3" w14:textId="6396945A" w:rsidR="0072214D" w:rsidRPr="002E72E4" w:rsidRDefault="0022061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23. PROCEDURA POSTĘPOWANIA DYREKTORA ZPO W RUSZCZY W PRZYPADKU, GDY POLICJA DOKONUJE ZATRZYMANIA NIELETNIEGO SPRAWCY CZYNU KARALNEGO PRZEBYWAJĄCEGO NA ZAJĘCIACH W SZKOLE</w:t>
      </w:r>
    </w:p>
    <w:p w14:paraId="2889D931" w14:textId="77777777" w:rsidR="00220614" w:rsidRPr="005668AD" w:rsidRDefault="0022061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282C38C3" w14:textId="7D3A9F2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Funkcjonariusz Policji przedstawia dyrektorowi szkoły powód przybycia i okazuje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legitymację służbową.</w:t>
      </w:r>
    </w:p>
    <w:p w14:paraId="2BA21B22" w14:textId="7947D36D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Dyrektor zapisuje dane osobowe i numer legitymacji służbowej policjanta celem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sporządzenia własnej dokumentacji.</w:t>
      </w:r>
    </w:p>
    <w:p w14:paraId="04F7A9AB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Policjant informuje dyrektora o zamiarze zatrzymania ucznia.</w:t>
      </w:r>
    </w:p>
    <w:p w14:paraId="79BAE9E3" w14:textId="4CB91825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4. Pedagog szkolny lub nauczyciel sprowadza nieletniego do gabinetu dyrektora, gdzie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policjant informuje go o przyczynach przybycia i czynnościach, jakie zostaną wykonane w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związku ze sprawą np. przesłuchanie, okazanie.</w:t>
      </w:r>
    </w:p>
    <w:p w14:paraId="448DB92F" w14:textId="7040D36C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5. Policja informuje rodziców nieletniego, opiekunów prawnych o wykonanych czynnościach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zobowiązuje ich do przybycia do szkoły, komendy lub komisariatu Policji, celem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uczestniczenia w</w:t>
      </w:r>
      <w:r w:rsidR="00036434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czynnościach.</w:t>
      </w:r>
    </w:p>
    <w:p w14:paraId="0C0615DF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6. Dyrektor ZPO w Ruszczy informuje telefonicznie rodziców o podjętych działaniach względem ich</w:t>
      </w:r>
    </w:p>
    <w:p w14:paraId="6081BEA9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dziecka przez Policję. W przypadku braku kontaktu telefonicznego sporządza pisemną</w:t>
      </w:r>
    </w:p>
    <w:p w14:paraId="6C7C5181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informację i przesyła do miejsca ich zamieszkania.</w:t>
      </w:r>
    </w:p>
    <w:p w14:paraId="3B896D82" w14:textId="52B0B3EC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>7. W przypadku niemożności uczestnictwa rodziców w przesłuchaniu nieletniego, dyrektor</w:t>
      </w:r>
      <w:r w:rsidR="00F3252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wyznacza    wychowawcę,      nauczyciela   lub    pedagoga     szkolnego   do   uczestnictwa</w:t>
      </w:r>
      <w:r w:rsidR="00F3252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 czynnościach, które są przeprowadzane w szkole lub w jednostce Policji.</w:t>
      </w:r>
    </w:p>
    <w:p w14:paraId="690E0672" w14:textId="49DA439F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8. Po wykonaniu czynności policjant za pisemnym potwierdzeniem odbioru przekazuje</w:t>
      </w:r>
      <w:r w:rsidR="00F3252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nieletniego rodzicom. W przypadku, gdy czynności wykonywane są w obecności pedagoga</w:t>
      </w:r>
      <w:r w:rsidR="00F3252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szkolnego, po ich zakończeniu policja odwozi ich do szkoły lub miejsca zamieszkania.</w:t>
      </w:r>
    </w:p>
    <w:p w14:paraId="386806B3" w14:textId="7F30ADEC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9. W przypadku zaistnienia przesłanek do zatrzymania nieletniego w Policyjnej Izbie Dziecka</w:t>
      </w:r>
      <w:r w:rsidR="00F3252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policjant informuje o tym rodziców, pedagoga lub psychologa szkolnego, jeśli jest zatrudniony.</w:t>
      </w:r>
    </w:p>
    <w:p w14:paraId="68A83172" w14:textId="7D2802C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10. Przy realizacji czynności związanych z zatrzymaniem nieletniego-ucznia na terenie szkoły</w:t>
      </w:r>
      <w:r w:rsidR="00F3252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należy zachować dyskrecję nie nagłaśniając sprawy.</w:t>
      </w:r>
    </w:p>
    <w:p w14:paraId="06ACC75A" w14:textId="77777777" w:rsidR="00220614" w:rsidRPr="002E72E4" w:rsidRDefault="00220614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4E865175" w14:textId="480F9EF7" w:rsidR="0072214D" w:rsidRPr="002E72E4" w:rsidRDefault="0022061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24. PROCEDURA POSTĘPOWANIA W PRZYPADKU UZYSKANIA INFORMACJI O POPEŁNIENIU PRZESTĘPSTWA ŚCIGANEGO Z URZĘDU NA TERENIE SZKOŁY</w:t>
      </w:r>
    </w:p>
    <w:p w14:paraId="6E3AB564" w14:textId="77777777" w:rsidR="00220614" w:rsidRPr="002E72E4" w:rsidRDefault="00220614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11EFC89A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   Dyrektor lub pedagog przyjmuje do wiadomości informację o przestępstwie (wykroczeniu),</w:t>
      </w:r>
    </w:p>
    <w:p w14:paraId="668CD611" w14:textId="6C455CF6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zapewnia dyskrecję przekazującemu informację (wysłuchuje go bez świadków, o ile to</w:t>
      </w:r>
      <w:r w:rsidR="00F3252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możliwe w</w:t>
      </w:r>
      <w:r w:rsidR="00F32528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pomieszczeniu zamkniętym.) Odnotowuje personalia uczestników i świadków,</w:t>
      </w:r>
      <w:r w:rsidR="00F3252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godzinę zgłoszenia oraz zawiadamia niezwłocznie Policję.</w:t>
      </w:r>
    </w:p>
    <w:p w14:paraId="43FD4655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Zapewnia, w miarę potrzeby, niezbędną pomoc lekarską pokrzywdzonym.</w:t>
      </w:r>
    </w:p>
    <w:p w14:paraId="34158C8C" w14:textId="5B596155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   Bez zbędnej zwłoki sprawdza w dostępny sposób wiarygodność informacji, jeżeli uczeń</w:t>
      </w:r>
      <w:r w:rsidR="00F3252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podaje świadków, to w rozmowie z jak najmniejszą ilością świadków należy uwiarygodnić</w:t>
      </w:r>
      <w:r w:rsidR="00F3252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informacje,</w:t>
      </w:r>
    </w:p>
    <w:p w14:paraId="3AD4EFDC" w14:textId="3E62C2BF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   Sprawdza, czy zdarzenie zaistniało na terenie szkoły oraz czy miało miejsce w trakcie zajęć</w:t>
      </w:r>
      <w:r w:rsidR="00F3252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szkolnych jego uczestników.</w:t>
      </w:r>
    </w:p>
    <w:p w14:paraId="16029361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4.    W rozmowie z pokrzywdzonym ustala liczbę sprawców i ich dane personalne.</w:t>
      </w:r>
    </w:p>
    <w:p w14:paraId="7BDCBC83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5.    Nie nagłaśnia zdarzenia.</w:t>
      </w:r>
    </w:p>
    <w:p w14:paraId="6DC0BBA8" w14:textId="04971644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6.    W przypadku braku wątpliwości, co do faktu zaistnienia zdarzenia, o ile jest to konieczne</w:t>
      </w:r>
      <w:r w:rsidR="00F3252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 możliwe, należy zatrzymać do czasu przybycia Policji ofiarę przestępstwa i jego sprawcę</w:t>
      </w:r>
      <w:r w:rsidR="00F3252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(sprawców), konieczność zatrzymania może wynikać z faktu zakończenia przez nich zajęć</w:t>
      </w:r>
      <w:r w:rsidR="00F3252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szkolnych bądź próby ucieczki, ukrycia skradzionych przedmiotów. O fakcie zatrzymania</w:t>
      </w:r>
      <w:r w:rsidR="00F3252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bezwzględnie należy powiadomić rodziców .</w:t>
      </w:r>
    </w:p>
    <w:p w14:paraId="6950B566" w14:textId="39EEF91A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7.    Nie należy zatrzymywać na „siłę” sprawcy czynu, ale w ramach swojego autorytetu</w:t>
      </w:r>
      <w:r w:rsidR="00F3252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spowodować, by pozostał pod opieką pedagoga lub psychologa szkolnego, jeśli jest zatrudniony, wychowawcy klasy lub</w:t>
      </w:r>
      <w:r w:rsidR="00F3252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nauczyciela w oddzielnym pomieszczeniu do chwili przybycia policji.</w:t>
      </w:r>
    </w:p>
    <w:p w14:paraId="77801FAA" w14:textId="4C0934BB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8.    Jeżeli sprawców jest kilku w miarę możliwości należy umieścić ich w oddzielnych</w:t>
      </w:r>
      <w:r w:rsidR="00F3252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pomieszczeniach.</w:t>
      </w:r>
    </w:p>
    <w:p w14:paraId="094BAF7A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9.    Ofiarę należy odizolować od sprawców.</w:t>
      </w:r>
    </w:p>
    <w:p w14:paraId="4CD7F393" w14:textId="39441529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10.    W przypadku odnalezienia rzeczy pochodzących z przestępstwa lub służących do</w:t>
      </w:r>
      <w:r w:rsidR="00F3252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popełnienia przestępstwa należy je zabezpieczyć.</w:t>
      </w:r>
    </w:p>
    <w:p w14:paraId="13A821CD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11.    Należy wykonać ewentualne czynności wskazane przez przejmującego sprawę policjanta</w:t>
      </w:r>
    </w:p>
    <w:p w14:paraId="34256F51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Uwaga! Nie należy „na własną rękę” konfrontować uczestników zdarzenia, dążyć do pojednania</w:t>
      </w:r>
    </w:p>
    <w:p w14:paraId="1B2C58F6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itp. Bezwzględnie nie należy dokonywać przeszukania teczek, toreb, kieszeni.</w:t>
      </w:r>
    </w:p>
    <w:p w14:paraId="5EEBE13F" w14:textId="77777777" w:rsidR="00220614" w:rsidRPr="002E72E4" w:rsidRDefault="00220614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1185C196" w14:textId="78EAA470" w:rsidR="0072214D" w:rsidRPr="002E72E4" w:rsidRDefault="0022061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25. PROCEDURA POSTĘPOWANIA W PRZYPADKU UJAWNIENIA PRZESTĘPSTWA ŚCIGANEGO NA WNIOSEK POKRZYWDZONEGO NA TERENIE SZKOŁY.</w:t>
      </w:r>
    </w:p>
    <w:p w14:paraId="4FA7988C" w14:textId="77777777" w:rsidR="00220614" w:rsidRPr="002E72E4" w:rsidRDefault="00220614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2F2EC905" w14:textId="0E536CE2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Ściganie na wniosek pokrzywdzonego, w tym przypadku wszczęcie postępowania przez Policję</w:t>
      </w:r>
      <w:r w:rsidR="00120E4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uzależnione jest od woli pokrzywdzonego. W przypadku tych kategorii przestępstw pokrzywdzony</w:t>
      </w:r>
    </w:p>
    <w:p w14:paraId="30E2851B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składa wniosek do protokołu, a po jego złożeniu przestępstwo ścigane jest tak, jak z urzędu.</w:t>
      </w:r>
    </w:p>
    <w:p w14:paraId="7D1930CD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Wycofanie przez pokrzywdzonego wniosku o ściganie jest bezskuteczne. Postępuje </w:t>
      </w:r>
      <w:proofErr w:type="spellStart"/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sie</w:t>
      </w:r>
      <w:proofErr w:type="spellEnd"/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wówczas</w:t>
      </w:r>
    </w:p>
    <w:p w14:paraId="4A721A10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wg procedury nr 24.</w:t>
      </w:r>
    </w:p>
    <w:p w14:paraId="4BEE8D07" w14:textId="4B156D43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>1. Dyrektor powiadamia rodziców dziecka pokrzywdzonego, relacjonuje im zdarzenie</w:t>
      </w:r>
      <w:r w:rsidR="00120E4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 uzgadnia z nimi czy będą chcieli zgłosić sprawę Policji.</w:t>
      </w:r>
    </w:p>
    <w:p w14:paraId="6D8111FB" w14:textId="2999488B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W przypadku odmowy złożenia wniosku o ściganie sprawców przez rodziców należy ich</w:t>
      </w:r>
      <w:r w:rsidR="00120E4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poinformować, jakie środki podejmie szkoła w stosunku do sprawców zdarzenia.</w:t>
      </w:r>
    </w:p>
    <w:p w14:paraId="0B9BB26A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Środki, jakie należy przedsięwziąć to między innymi:</w:t>
      </w:r>
    </w:p>
    <w:p w14:paraId="0E6D0E77" w14:textId="619315BB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-w ramach uprawnień statutowych szkoła stosuje względem sprawcy zdarzenia środki</w:t>
      </w:r>
      <w:r w:rsidR="00120E4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przewidziane w</w:t>
      </w:r>
      <w:r w:rsidR="00120E43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Statucie Szkoły.</w:t>
      </w:r>
    </w:p>
    <w:p w14:paraId="60F7EDCC" w14:textId="337B15BD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-w przypadku, gdy sprawca zdarzenia sprawiał wcześniej problemy i łamał normy</w:t>
      </w:r>
      <w:r w:rsidR="00120E4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społecznego zachowania, a zdarzenie którego się dopuścił nosi cechy postępującej</w:t>
      </w:r>
      <w:r w:rsidR="00120E4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demoralizacji, szkoła powinna sporządzić na tą okoliczność wystąpienie do sądu</w:t>
      </w:r>
      <w:r w:rsidR="00120E4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rodzinnego lub Policji.</w:t>
      </w:r>
    </w:p>
    <w:p w14:paraId="6627FDC8" w14:textId="77777777" w:rsidR="00220614" w:rsidRPr="002E72E4" w:rsidRDefault="0022061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6EF0881D" w14:textId="7D33F7D5" w:rsidR="0072214D" w:rsidRPr="002E72E4" w:rsidRDefault="0022061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26. PROCEDURA POSTĘPOWANIA W PRZYPADKU ŻAŁOBY PO ŚMIERCI UCZNIA (ZA WYJĄTKIEM ŚMIERCI SAMOBÓJCZEJ)</w:t>
      </w:r>
    </w:p>
    <w:p w14:paraId="578F34B0" w14:textId="77777777" w:rsidR="00220614" w:rsidRPr="002E72E4" w:rsidRDefault="00220614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1CA2BCFE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Dyrektor i pedagog informują nauczycieli, wychowawców o zdarzeniu,</w:t>
      </w:r>
    </w:p>
    <w:p w14:paraId="6E2E9B9A" w14:textId="12C64A6C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Pedagog przypomina zasady dyskusji z uczniami, uwzględniając elementy odreagowania</w:t>
      </w:r>
      <w:r w:rsidR="00120E4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na godzinach wychowawczych, innych lekcjach,</w:t>
      </w:r>
    </w:p>
    <w:p w14:paraId="0D14670C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Wychowawca informuje uczniów na forum klasy,</w:t>
      </w:r>
    </w:p>
    <w:p w14:paraId="62C1F3D3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4. Dyrektor stwarza możliwość uczestniczenia w ceremoniach pogrzebowych.</w:t>
      </w:r>
    </w:p>
    <w:p w14:paraId="65959A1C" w14:textId="775E2AAF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5. Wychowawca ocenia potrzeby, monitoruje stan psychiczny uczniów ze szczególnym</w:t>
      </w:r>
      <w:r w:rsidR="00120E43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uwzględnieniem reakcji stresu pourazowego, zwraca uwagę na uczniów, u których stwierdza</w:t>
      </w:r>
      <w:r w:rsidR="00EF506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się szczególnie ostry lub chroniczny przebieg reakcji,</w:t>
      </w:r>
    </w:p>
    <w:p w14:paraId="374615B0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6. Wychowawca konsultuje sytuację z pedagogiem, pedagog zasięga opinii specjalistów z PPP,</w:t>
      </w:r>
    </w:p>
    <w:p w14:paraId="16BAE1E6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7. Pedagog ułatwia kontakt ze specjalistami z placówek wsparcia zewnętrznego.</w:t>
      </w:r>
    </w:p>
    <w:p w14:paraId="17482D6E" w14:textId="77777777" w:rsidR="00220614" w:rsidRPr="002E72E4" w:rsidRDefault="0022061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2BA989BC" w14:textId="33DFC74E" w:rsidR="0072214D" w:rsidRPr="002E72E4" w:rsidRDefault="0022061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27. PROCEDURA POSTĘPOWANIA NAUCZYCIELI W PRZYPADKU KONIECZNOŚCI ZAWIADAMIANIA O ŚMIERCI UCZNIA</w:t>
      </w:r>
    </w:p>
    <w:p w14:paraId="138CCB1E" w14:textId="77777777" w:rsidR="00220614" w:rsidRPr="005668AD" w:rsidRDefault="0022061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36F6E838" w14:textId="6B5A786D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Powiadamianie o śmierci zawsze powinno się odbywać „twarzą w twarz”. Prawidłowe</w:t>
      </w:r>
      <w:r w:rsidR="00220614"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powiadomienie o śmierci musi spełnić następujące warunki:</w:t>
      </w:r>
    </w:p>
    <w:p w14:paraId="39377759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-dostarczyć niezbędne informacje,</w:t>
      </w:r>
    </w:p>
    <w:p w14:paraId="1FEA645B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-udzielić pierwszego wsparcia rodzinie,</w:t>
      </w:r>
    </w:p>
    <w:p w14:paraId="7E18B46C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-ochronić godność,</w:t>
      </w:r>
    </w:p>
    <w:p w14:paraId="14CE8A60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-okazać szacunek wobec ofiary jak i powiadamianej rodziny.</w:t>
      </w:r>
    </w:p>
    <w:p w14:paraId="402DB2C8" w14:textId="7E26D2E6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1) Powiadomienie powinno odbyć się w czasie możliwie jak najkrótszym</w:t>
      </w:r>
      <w:r w:rsidR="00220614"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od ustalenia tożsamości ofiary i ustalenia tożsamości osób jej najbliższych.</w:t>
      </w:r>
    </w:p>
    <w:p w14:paraId="72229A34" w14:textId="35A98593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a) Przed powiadomieniem należy zebrać informacje o relacjach ofiary z osobą</w:t>
      </w:r>
      <w:r w:rsidR="00220614"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powiadamianą, o stanie zdrowia osoby powiadamianej (zwłaszcza choroby serca,</w:t>
      </w:r>
      <w:r w:rsidR="00220614"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krążenia, cukrzyca itp.), które są istotne do przewidywania sposobu reakcji osoby</w:t>
      </w:r>
      <w:r w:rsidR="00220614"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powiadamianej. Osoby powiadamiane mogą reagować w sposób bardzo emocjonalny,</w:t>
      </w:r>
      <w:r w:rsidR="00220614"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mogą potrzebować pierwszej pomocy.</w:t>
      </w:r>
    </w:p>
    <w:p w14:paraId="162CF870" w14:textId="7813A350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b) Warto przygotować sobie wsparcie pogotowia medycznego, żeby móc umożliwić w razie</w:t>
      </w:r>
      <w:r w:rsidR="006D713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potrzeby natychmiastową interwencję lekarską,</w:t>
      </w:r>
    </w:p>
    <w:p w14:paraId="7A9D7528" w14:textId="2E20B09A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2) Powiadomienie o śmierci powinno odbywać się, przez co najmniej dwie osoby.</w:t>
      </w:r>
      <w:r w:rsidR="006D713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Jedna osoba udziela informacji, druga zaś obserwuje reakcję osoby powiadamianej.</w:t>
      </w:r>
    </w:p>
    <w:p w14:paraId="03864C73" w14:textId="3428B3D4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Powiadomienie    powinno    odbyć   się   na   terenie   przyjaznym    osobie   powiadamianej.</w:t>
      </w:r>
      <w:r w:rsidR="006D713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Zawiadomienie powinno być możliwie jak najprostsze. Powinno się wyrazić współczucie</w:t>
      </w:r>
      <w:r w:rsidR="006D713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</w:t>
      </w:r>
      <w:r w:rsidR="006D713D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zrozumienie. Trzeba być przygotowanym na udzielenie wszystkich informacji, jakich będzie</w:t>
      </w:r>
      <w:r w:rsidR="006D713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wymagała osoba powiadamiana. Osoby te często czują potrzebę dowiedzenia się szczegółów</w:t>
      </w:r>
      <w:r w:rsidR="006D713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dotyczących śmierci bliskiego, okoliczności itp. (jak, w jaki sposób, kiedy, gdzie). Udzielane</w:t>
      </w:r>
      <w:r w:rsidR="006D713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informacje powinny być proste i zwięzłe. Należy unikać drastycznych szczegółów i informacji</w:t>
      </w:r>
      <w:r w:rsidR="006D713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>niepotrzebnych, odnoszących się do drugorzędnych elementów sprawy. Należy skupić się na</w:t>
      </w:r>
      <w:r w:rsidR="006D713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udzieleniu pomocy i wsparcia rodzinie zmarłego.</w:t>
      </w:r>
    </w:p>
    <w:p w14:paraId="05F5432B" w14:textId="299A58E0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3) Nie należy, po zawiadomieniu o śmierci, zostawić rodziny i bliskich zmarłego</w:t>
      </w:r>
      <w:r w:rsidR="00220614"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samych, bez opieki.</w:t>
      </w:r>
    </w:p>
    <w:p w14:paraId="041BAD50" w14:textId="04344643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a) Powinien zostać pracownik szkoły lub psycholog tak długo, aż minie pierwsza reakcja-</w:t>
      </w:r>
      <w:r w:rsidR="006D713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szok lub pojawiają się osoby bliskie np. członkowie rodziny, znajomi, przyjaciele.</w:t>
      </w:r>
    </w:p>
    <w:p w14:paraId="5159FEE0" w14:textId="1336EDB1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b) Należy podać swoje dane kontaktowe (telefon, ewentualnie adres), aby udzielić</w:t>
      </w:r>
      <w:r w:rsidR="006D713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informacji i</w:t>
      </w:r>
      <w:r w:rsidR="006D713D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wsparcia, w razie potrzeby. Aby rodzina ofiary nie czuła się osamotniona,</w:t>
      </w:r>
      <w:r w:rsidR="006D713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należy podać adresy instytucji udzielających wsparcia.</w:t>
      </w:r>
    </w:p>
    <w:p w14:paraId="7B659C4C" w14:textId="545AD1BA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c) Jeżeli rodzina zmarłego nie znajduje się w miejscu zamieszkania, należy powiadomić</w:t>
      </w:r>
      <w:r w:rsidR="006D713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sąsiadów o</w:t>
      </w:r>
      <w:r w:rsidR="006D713D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potrzebie kontaktu z rodziną (powodem jest wydarzenie nadzwyczajne,</w:t>
      </w:r>
      <w:r w:rsidR="006D713D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interwencja z udziałem lekarza itp.),</w:t>
      </w:r>
    </w:p>
    <w:p w14:paraId="5A9C881B" w14:textId="145435DE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d) Nie należy udzielać szczegółowych informacji sąsiadom, nie należy wspominać</w:t>
      </w:r>
      <w:r w:rsidR="006D713D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 śmierci, aby to nie oni zawiadomili rodzinę zmarłego.</w:t>
      </w:r>
    </w:p>
    <w:p w14:paraId="1F36CF3F" w14:textId="238AEBB3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4) W realiach szkolnych rodzina nie powinna dowiadywać się o śmierci ucznia</w:t>
      </w:r>
      <w:r w:rsidR="00220614"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 mediów lub od osób trzecich.</w:t>
      </w:r>
    </w:p>
    <w:p w14:paraId="14B96BD2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Obowiązek informowania leży po stronie dyrektora ZPO w Ruszczy.</w:t>
      </w:r>
    </w:p>
    <w:p w14:paraId="0953BA0C" w14:textId="11500C11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Absolutnie unikać należy powierzania zadania informowania o śmierci dzieciom lub</w:t>
      </w:r>
      <w:r w:rsidR="006D713D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nastolatkom.</w:t>
      </w:r>
    </w:p>
    <w:p w14:paraId="23F6EBC5" w14:textId="77777777" w:rsidR="00220614" w:rsidRPr="002E72E4" w:rsidRDefault="0022061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0170B85D" w14:textId="204129DF" w:rsidR="0072214D" w:rsidRPr="002E72E4" w:rsidRDefault="0022061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28. PROCEDURA POSTĘPOWANIA W PRZYPADKU NIEODEBRANIA UCZNIA PRZEZ RODZICÓW ZE ŚWIETLICY SZKOLNEJ</w:t>
      </w:r>
    </w:p>
    <w:p w14:paraId="1C720193" w14:textId="77777777" w:rsidR="00220614" w:rsidRPr="002E72E4" w:rsidRDefault="00220614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095A0A80" w14:textId="0A76DF23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Nauczyciel świetlicy kontaktuje się telefonicznie z rodzicami dziecka, ustala przyczyny</w:t>
      </w:r>
      <w:r w:rsidR="006D713D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zdarzenia i zapewnia dziecku opiekę do czasu ich przybycia.</w:t>
      </w:r>
    </w:p>
    <w:p w14:paraId="776F08EE" w14:textId="32AD9F6C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Nauczyciel świetlicy przypomina rodzicom, że są zobowiązani do punktualnego odbioru</w:t>
      </w:r>
      <w:r w:rsidR="006D713D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dziecka ze świetlicy.</w:t>
      </w:r>
    </w:p>
    <w:p w14:paraId="1484873A" w14:textId="5D3BE7CF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W przypadku braku kontaktu z rodzicami nauczyciel powiadamia o sytuacji dyrektora</w:t>
      </w:r>
      <w:r w:rsidR="006D713D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szkoły, jeśli po upływie godziny od zakończenia pracy świetlicy w dalszym ciągu nie ma</w:t>
      </w:r>
      <w:r w:rsidR="006D713D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kontaktu z rodzicami ucznia dyrektor decyduje o powiadomieniu policji, która wszczyna</w:t>
      </w:r>
      <w:r w:rsidR="006D713D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dalsze procedury postępowania.</w:t>
      </w:r>
    </w:p>
    <w:p w14:paraId="3B448A39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4. Jeżeli sytuacja powtarza się nauczyciel świetlicy informuje pedagoga i dyrektora ZPO w Ruszczy,</w:t>
      </w:r>
    </w:p>
    <w:p w14:paraId="4F77717E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którzy rozpoznają sytuację i podejmują dalsze przewidziane prawem działania.</w:t>
      </w:r>
    </w:p>
    <w:p w14:paraId="5B6345D2" w14:textId="77777777" w:rsidR="00220614" w:rsidRPr="002E72E4" w:rsidRDefault="0022061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3449BEDF" w14:textId="6D8E23D5" w:rsidR="0072214D" w:rsidRPr="002E72E4" w:rsidRDefault="0022061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29. PROCEDURA POSTĘPOWANIA W SYTUACJI BRAKU KONTAKTU Z RODZICAMI UCZNIA</w:t>
      </w:r>
    </w:p>
    <w:p w14:paraId="135F447E" w14:textId="77777777" w:rsidR="00220614" w:rsidRPr="005668AD" w:rsidRDefault="0022061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3CBAE3E8" w14:textId="4E75FD79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W przypadku, gdy rodzic/opiekun prawny nie kontaktuje się z wychowawcą w czasie</w:t>
      </w:r>
      <w:r w:rsidR="006D713D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wyznaczonym, wychowawca prosi rodzica o przybycie do szkoły, wykorzystując różne</w:t>
      </w:r>
      <w:r w:rsidR="006D713D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formy nawiązywania kontaktu tj. informacja mailowa, kontakt telefoniczny. Podjęte</w:t>
      </w:r>
      <w:r w:rsidR="006D713D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działania dokumentuje w dokumentacji wychowawcy.</w:t>
      </w:r>
    </w:p>
    <w:p w14:paraId="0F0E9B80" w14:textId="64AB4D13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2. W przypadku braku reakcji ze strony rodzica wychowawca wysyła list polecony</w:t>
      </w:r>
      <w:r w:rsidR="006D713D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za potwierdzeniem odbioru.</w:t>
      </w:r>
    </w:p>
    <w:p w14:paraId="741EB571" w14:textId="040EEBAE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W przypadku, gdy rodzic nadal nie reaguje na wezwanie, wychowawca w porozumieniu</w:t>
      </w:r>
      <w:r w:rsidR="006D713D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 pedagogiem i dyrektorem szkoły podejmuje dalsze przewidziane prawem działania.</w:t>
      </w:r>
    </w:p>
    <w:p w14:paraId="348819BE" w14:textId="77777777" w:rsidR="00220614" w:rsidRPr="002E72E4" w:rsidRDefault="0022061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5923AB88" w14:textId="79B09D59" w:rsidR="0072214D" w:rsidRDefault="0022061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30. POSTĘPOWANIE PO ZAKOŃCZENIU TRWANIA KRYZYSU</w:t>
      </w:r>
    </w:p>
    <w:p w14:paraId="01F60D0A" w14:textId="77777777" w:rsidR="007358F9" w:rsidRPr="002E72E4" w:rsidRDefault="007358F9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775DB818" w14:textId="5CAADA61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Nauczyciele i pracownicy szkoły po zakończeniu kryzysu zobowiązani są do zapewnienia</w:t>
      </w:r>
      <w:r w:rsidR="006D713D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wsparcia i zwiększenia poczucia bezpieczeństwa. Specyficzne dla interwencji kryzysowej jest to,</w:t>
      </w:r>
      <w:r w:rsidR="006D713D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że należy ją podjąć niezwłocznie po wydarzeniu, tak szybko, jak to tylko możliwe.</w:t>
      </w:r>
    </w:p>
    <w:p w14:paraId="14D96614" w14:textId="331FEA18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 sytuacji kryzysowej dyrektor zobowiązany jest zwrócić się o pomoc psychologiczną do</w:t>
      </w:r>
      <w:r w:rsidR="00500230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rejonowej Poradni </w:t>
      </w:r>
      <w:proofErr w:type="spellStart"/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Psychologiczno</w:t>
      </w:r>
      <w:proofErr w:type="spellEnd"/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– Pedagogicznej.</w:t>
      </w:r>
    </w:p>
    <w:p w14:paraId="732DC4DC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>Wychowawca jest osobą towarzyszącą psychologowi/psychologom w jego/ w ich oddziaływaniu</w:t>
      </w:r>
    </w:p>
    <w:p w14:paraId="3DE62395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terapeutycznym. Inni pracownicy powinni być świadomi wagi tego problemu.</w:t>
      </w:r>
    </w:p>
    <w:p w14:paraId="40EFE81D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 czym opiekunowie powinni wiedzieć?</w:t>
      </w:r>
    </w:p>
    <w:p w14:paraId="4EA88A55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-należy ucznia wysłuchać,</w:t>
      </w:r>
    </w:p>
    <w:p w14:paraId="32CFCB00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-dać uczniowi emocjonalne wsparcie ułatwiające emocjonalne odreagowanie,</w:t>
      </w:r>
    </w:p>
    <w:p w14:paraId="68AB9CF5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-przeciwdziałać tendencjom do zaprzeczania,</w:t>
      </w:r>
    </w:p>
    <w:p w14:paraId="1AB15AAB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-dokonać oceny dotychczasowych sposobów radzenia sobie,</w:t>
      </w:r>
    </w:p>
    <w:p w14:paraId="20F008AC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-szukać sprawdzonych strategii działania,</w:t>
      </w:r>
    </w:p>
    <w:p w14:paraId="33896AF4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-stworzyć plan pomocy.</w:t>
      </w:r>
    </w:p>
    <w:p w14:paraId="39D8DC85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Czego opiekunowie powinni unikać:</w:t>
      </w:r>
    </w:p>
    <w:p w14:paraId="4F90B7E7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-pocieszania,</w:t>
      </w:r>
    </w:p>
    <w:p w14:paraId="7DEBEDBC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-dawania rad,</w:t>
      </w:r>
    </w:p>
    <w:p w14:paraId="5F0C36D0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-pouczania,</w:t>
      </w:r>
    </w:p>
    <w:p w14:paraId="729FAA98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-tłumienia reakcji emocjonalnych(np. zdania typu: ”będzie dobrze”, ”nie płacz już”,</w:t>
      </w:r>
    </w:p>
    <w:p w14:paraId="72606BAC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„uspokój się”),</w:t>
      </w:r>
    </w:p>
    <w:p w14:paraId="780F9965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-pospieszania w działaniu,</w:t>
      </w:r>
    </w:p>
    <w:p w14:paraId="097CB7E6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-wymuszania szybkich decyzji,</w:t>
      </w:r>
    </w:p>
    <w:p w14:paraId="10A79DF1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-zbyt szybkiego podawania leków uspokajających.</w:t>
      </w:r>
    </w:p>
    <w:p w14:paraId="0962E08D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Normalna reakcja na sytuację kryzysową jest reakcją tzw. stresu traumatycznego – to zespół</w:t>
      </w:r>
    </w:p>
    <w:p w14:paraId="314D24F7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proofErr w:type="spellStart"/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zachowań</w:t>
      </w:r>
      <w:proofErr w:type="spellEnd"/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, reakcji emocjonalnych i myśli związanych z wydarzeniem traumatycznym. Za czas</w:t>
      </w:r>
    </w:p>
    <w:p w14:paraId="778FE3DB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trwania tej reakcji jako normalnej, przyjmuje się okres uczestnictwa w zdarzeniu kryzysowym</w:t>
      </w:r>
    </w:p>
    <w:p w14:paraId="66253760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do około 6 miesięcy po nim.</w:t>
      </w:r>
    </w:p>
    <w:p w14:paraId="3CCA5097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Wtedy uczniowie mogą:</w:t>
      </w:r>
    </w:p>
    <w:p w14:paraId="38828E38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-unikać rozmów o zdarzeniu lub nadmiernie się na nim koncentrować,</w:t>
      </w:r>
    </w:p>
    <w:p w14:paraId="0396BA43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-mieć nawracające, natrętne wspomnienia, bawić się w sytuację traumatyczną,</w:t>
      </w:r>
    </w:p>
    <w:p w14:paraId="48744D7E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-miewać koszmary senne,</w:t>
      </w:r>
    </w:p>
    <w:p w14:paraId="30CDBA9C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-doświadczać negatywnych emocji w sytuacjach związanych ze wspomnieniem</w:t>
      </w:r>
    </w:p>
    <w:p w14:paraId="5F7CB25C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traumy,</w:t>
      </w:r>
    </w:p>
    <w:p w14:paraId="4DD35C65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-„nic nie pamiętać” – psychologiczna amnezja.</w:t>
      </w:r>
    </w:p>
    <w:p w14:paraId="7AB647EE" w14:textId="252117E8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Ponadto można u nich zaobserwować spadek zainteresowań, regres w rozwoju, poczucie</w:t>
      </w:r>
      <w:r w:rsidR="00500230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wyobcowania, strach przed planowaniem przyszłości, nadwrażliwość na bodźce, wspomnienia</w:t>
      </w:r>
      <w:r w:rsidR="00500230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napadowe wywołane przez bodziec podobny, zaburzenia zachowania (agresja, picie alkoholu,</w:t>
      </w:r>
      <w:r w:rsidR="00500230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palenie papierosów, obgryzanie paznokci itp.)</w:t>
      </w:r>
    </w:p>
    <w:p w14:paraId="5BB736B9" w14:textId="0CA7D626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Aby normalna reakcja na kryzys nie przerodziła się w chroniczną - nauczyciele, wychowawcy</w:t>
      </w:r>
      <w:r w:rsidR="00500230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powinni zadbać o pomoc psychologa, tworzyć klimat umożliwiający mówieniu o rzeczach</w:t>
      </w:r>
      <w:r w:rsidR="00500230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trudnych, zapewnić dzieciom/młodzieży możliwość powrotu do normalnych zajęć i rytmu dnia,</w:t>
      </w:r>
      <w:r w:rsidR="00500230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nie bagatelizować ich przeżyć, dawać jasne wytłumaczenia sytuacji, być z dziećmi/młodzieżą.</w:t>
      </w:r>
    </w:p>
    <w:p w14:paraId="6B81652D" w14:textId="77777777" w:rsidR="00220614" w:rsidRPr="005668AD" w:rsidRDefault="0022061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br w:type="page"/>
      </w:r>
    </w:p>
    <w:p w14:paraId="6A57711F" w14:textId="6F38C3FB" w:rsidR="0072214D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>Załącznik nr 1 do procedur kontaktowania się z mediami w sytuacji kryzysowej.</w:t>
      </w:r>
    </w:p>
    <w:p w14:paraId="387A29F5" w14:textId="77777777" w:rsidR="007358F9" w:rsidRPr="002E72E4" w:rsidRDefault="007358F9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6765BB94" w14:textId="7467CC0A" w:rsidR="0072214D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</w:pPr>
      <w:r w:rsidRPr="007358F9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Osoba kontaktująca się z mediami przygotowuje wypowiedzi, m.in. na następujące</w:t>
      </w:r>
      <w:r w:rsidR="007358F9" w:rsidRPr="007358F9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 xml:space="preserve"> </w:t>
      </w:r>
      <w:r w:rsidRPr="007358F9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pytania:</w:t>
      </w:r>
    </w:p>
    <w:p w14:paraId="4D8F1EB8" w14:textId="77777777" w:rsidR="007358F9" w:rsidRPr="007358F9" w:rsidRDefault="007358F9" w:rsidP="003B76A5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</w:pPr>
    </w:p>
    <w:p w14:paraId="44DA0763" w14:textId="5A7E81DE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Dlaczego doszło do sytuacji kryzysowej?</w:t>
      </w:r>
    </w:p>
    <w:p w14:paraId="7B5A4D02" w14:textId="4248FBB6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Jakie są lub mogą być jej skutki?</w:t>
      </w:r>
    </w:p>
    <w:p w14:paraId="52494315" w14:textId="04ED5BB3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Kto może na tym zyskać, a kto stracić?</w:t>
      </w:r>
    </w:p>
    <w:p w14:paraId="5F9F521F" w14:textId="20E388B1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Czy może dojść do zaostrzenia sytuacji?</w:t>
      </w:r>
    </w:p>
    <w:p w14:paraId="7E1E52C3" w14:textId="53FFBDA6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Czy możliwe są reperkusje polityczne?</w:t>
      </w:r>
    </w:p>
    <w:p w14:paraId="6C5A0B6F" w14:textId="151B70DC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Czy kryzys jest fragmentem czegoś większego?</w:t>
      </w:r>
    </w:p>
    <w:p w14:paraId="68DBBB52" w14:textId="77777777" w:rsidR="007358F9" w:rsidRDefault="007358F9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55758042" w14:textId="069A4F2A" w:rsidR="0072214D" w:rsidRPr="007358F9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</w:pPr>
      <w:r w:rsidRPr="007358F9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Osoba kontaktująca się z mediami stosuje się do następujących wskazówek:</w:t>
      </w:r>
    </w:p>
    <w:p w14:paraId="17C64337" w14:textId="58C55C72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Mów pierwszy o złych wiadomościach.</w:t>
      </w:r>
    </w:p>
    <w:p w14:paraId="2C0D434A" w14:textId="267867EB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Bądź absolutnie pewien faktów i stwierdzeń, które podajesz.</w:t>
      </w:r>
    </w:p>
    <w:p w14:paraId="13DB2B1A" w14:textId="7437686D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Bezwzględnie zachowaj spójność przekazu, logikę i konsekwencję.</w:t>
      </w:r>
    </w:p>
    <w:p w14:paraId="5A114748" w14:textId="0CAE176F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Nie upubliczniaj informacji dotyczących bezpieczeństwa, objętych tajemnicą.</w:t>
      </w:r>
    </w:p>
    <w:p w14:paraId="63E86FE4" w14:textId="0DC5BE4A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Analizuj dane.</w:t>
      </w:r>
    </w:p>
    <w:p w14:paraId="67197CC1" w14:textId="7621E2DD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Nie snuj spekulacji, podejrzeń i nie stawiaj hipotez.</w:t>
      </w:r>
    </w:p>
    <w:p w14:paraId="782F6103" w14:textId="28E046CB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Reaguj błyskawicznie i zdecydowanie na plotki dementując je i wykazując ich</w:t>
      </w:r>
      <w:r w:rsidR="00EB32B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f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ałsz lub głupotę.</w:t>
      </w:r>
    </w:p>
    <w:p w14:paraId="222B1E09" w14:textId="1191E963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Trzymaj nerwy na wodzy i nie licz na wyrozumiałość żądających wyjaśnień lub</w:t>
      </w:r>
      <w:r w:rsidR="00EB32B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oczekujących informacji.</w:t>
      </w:r>
    </w:p>
    <w:p w14:paraId="6B2BF0DF" w14:textId="4A166F5A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Pokazuj, że dyrektor szkoły kontroluje sytuację i ma wizję wybrnięcia z niej.</w:t>
      </w:r>
    </w:p>
    <w:p w14:paraId="0FC47E4C" w14:textId="59BAA3D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Nie ujawniaj nazwisk ofiar zanim nie dowie się o tym rodzina.</w:t>
      </w:r>
    </w:p>
    <w:p w14:paraId="78AA3C21" w14:textId="4CA09B9F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Zawsze wyrażaj troskę z powodu strat, cierpień, ofiar, zniszczeń, nawet gdyby były</w:t>
      </w:r>
      <w:r w:rsidR="00EB32B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nieuniknione i</w:t>
      </w:r>
      <w:r w:rsidR="00EB32B8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najbardziej uzasadnione.</w:t>
      </w:r>
    </w:p>
    <w:p w14:paraId="6B80B0C8" w14:textId="77777777" w:rsidR="00220614" w:rsidRPr="005668AD" w:rsidRDefault="0022061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br w:type="page"/>
      </w:r>
    </w:p>
    <w:p w14:paraId="6DEA6552" w14:textId="77777777" w:rsidR="00220614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>Załącznik nr 2 do procedur wymagających sporządzania kontraktów.</w:t>
      </w:r>
    </w:p>
    <w:p w14:paraId="6899369B" w14:textId="77777777" w:rsidR="00220614" w:rsidRPr="002E72E4" w:rsidRDefault="0022061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4971C9D5" w14:textId="543DF97E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KONTRAKT POMIĘDZY (imię i nazwisko ucznia/uczennicy),</w:t>
      </w:r>
    </w:p>
    <w:p w14:paraId="2D58C772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RODZICEM I WYCHOWACĄ</w:t>
      </w:r>
    </w:p>
    <w:p w14:paraId="41E83CCD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SPORZĄDZONY I PODPISANY DNIA...</w:t>
      </w:r>
    </w:p>
    <w:p w14:paraId="69055730" w14:textId="7032D58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Kontrakt ma na celu pomoc i wsparcie (imię uczennicy) w próbie uwolnienia się z</w:t>
      </w:r>
      <w:r w:rsidR="00EB32B8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uzależnienia od</w:t>
      </w:r>
      <w:r w:rsidR="00EB32B8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brania środków odurzających, zmianę postawy do obowiązków szkolnych.</w:t>
      </w:r>
    </w:p>
    <w:p w14:paraId="0CEECDC4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Zobowiązuje się do tego, że w tracie trwania kontraktu:</w:t>
      </w:r>
    </w:p>
    <w:p w14:paraId="40589F4F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 nie opuszczę ani jednego dnia nauki w szkole bez wiedzy rodziców,</w:t>
      </w:r>
    </w:p>
    <w:p w14:paraId="22E48200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 wszelkie problemy dotyczące osiągania wyników w nauce skonsultuję z wychowawcą,</w:t>
      </w:r>
    </w:p>
    <w:p w14:paraId="6D8BFB1F" w14:textId="421E14C0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 rodzice będą znali mój rozkład lekcji w szkole – powiadomię ich o wszelkich zmianach</w:t>
      </w:r>
      <w:r w:rsidR="00EB32B8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dotyczących zajęć w szkole,</w:t>
      </w:r>
    </w:p>
    <w:p w14:paraId="2E2DC46E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 po zajęciach w szkole wracam do domu o ustalonej przez rodziców porze,</w:t>
      </w:r>
    </w:p>
    <w:p w14:paraId="699FB86C" w14:textId="44E10E0B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 codziennie po powrocie ze szkoły spędzę z rodzicem przy stole minimum 15 minut</w:t>
      </w:r>
      <w:r w:rsidR="002439C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 w otwartej rozmowie /patrząc w oczy/ przekażę informacje i wrażenia z dnia /trudności</w:t>
      </w:r>
      <w:r w:rsidR="00EB32B8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 powodzenia/,</w:t>
      </w:r>
    </w:p>
    <w:p w14:paraId="2F72EC17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 nigdy nie okłamię rodziców w sprawach szkolnych,</w:t>
      </w:r>
    </w:p>
    <w:p w14:paraId="66D7F490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 nie będę brał/a ani szukał/a okazji do wzięcia jakiegokolwiek środka odurzającego,</w:t>
      </w:r>
    </w:p>
    <w:p w14:paraId="05CE19B9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 w momentach trudnych zwrócę się do wychowawcy lub pedagoga o wsparcie,</w:t>
      </w:r>
    </w:p>
    <w:p w14:paraId="57E85F73" w14:textId="60E0642C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 zobowiązuję się korzystać z gabinetu wychowawcy i pedagoga lub psychologa szkolnego, jeśli jest zatrudniony, gdy będę tego</w:t>
      </w:r>
      <w:r w:rsidR="002439C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potrzebował/a.</w:t>
      </w:r>
    </w:p>
    <w:p w14:paraId="08A2B2D8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Zobowiązuję się do przestrzegania ustalonych zasad.</w:t>
      </w:r>
    </w:p>
    <w:p w14:paraId="6051CCA9" w14:textId="0F080F82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Jestem świadomy/a celowości powstania kontraktu i znane mi są konsekwencje jego</w:t>
      </w:r>
      <w:r w:rsidR="002439C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niedotrzymania.</w:t>
      </w:r>
    </w:p>
    <w:p w14:paraId="3D254DA8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Czas obowiązywania kontraktu:......................./data/</w:t>
      </w:r>
    </w:p>
    <w:p w14:paraId="5B20ECD6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Podpis ucznia/uczennicy</w:t>
      </w:r>
    </w:p>
    <w:p w14:paraId="192AC089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Podpis rodzica</w:t>
      </w:r>
    </w:p>
    <w:p w14:paraId="182905BD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Podpis wychowawcy</w:t>
      </w:r>
    </w:p>
    <w:p w14:paraId="78CDDF73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Miejsce i data</w:t>
      </w:r>
    </w:p>
    <w:p w14:paraId="5B23B865" w14:textId="77777777" w:rsidR="00220614" w:rsidRPr="005668AD" w:rsidRDefault="0022061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br w:type="page"/>
      </w:r>
    </w:p>
    <w:p w14:paraId="0D023D09" w14:textId="58D0BE5C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>Załącznik nr 3 do procedur wymagających sporządzania kontraktów.</w:t>
      </w:r>
    </w:p>
    <w:p w14:paraId="29EC384B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POROZUMIENIE MIĘDZY WYCHOWAWCĄ A RODZICEM PODPISANE</w:t>
      </w:r>
    </w:p>
    <w:p w14:paraId="66386DA9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DNIA .................</w:t>
      </w:r>
    </w:p>
    <w:p w14:paraId="1DD3D320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 OBECNOŚCI PEDAGOGA SZKOLNEGO I DYREKTORA SZKOŁY</w:t>
      </w:r>
    </w:p>
    <w:p w14:paraId="62572739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1. Cel</w:t>
      </w:r>
    </w:p>
    <w:p w14:paraId="4488A32D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Umowa ma na celu pomoc i wsparcie (imię i nazwisko ucznia/ uczennicy) w próbie uwolnienia</w:t>
      </w:r>
    </w:p>
    <w:p w14:paraId="48E8DDA6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się z uzależnienia od brania środków odurzających, podniesienie samooceny, zmianę postawy do</w:t>
      </w:r>
    </w:p>
    <w:p w14:paraId="288BFD27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obowiązków szkolnych, poprawę komunikacji w relacji rodzice – córka/ syn.</w:t>
      </w:r>
    </w:p>
    <w:p w14:paraId="1D7B7E76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2. Lista </w:t>
      </w:r>
      <w:proofErr w:type="spellStart"/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zachowań</w:t>
      </w:r>
      <w:proofErr w:type="spellEnd"/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w domu i szkole.</w:t>
      </w:r>
    </w:p>
    <w:p w14:paraId="25AF3EAC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Zarówno wychowawca, jak i rodzice zobowiązują się do przestrzegania tych samych </w:t>
      </w:r>
      <w:proofErr w:type="spellStart"/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zachowań</w:t>
      </w:r>
      <w:proofErr w:type="spellEnd"/>
    </w:p>
    <w:p w14:paraId="4F04231A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 stosunku do (imię ucznia/ uczennicy):</w:t>
      </w:r>
    </w:p>
    <w:p w14:paraId="6CC37562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 konsekwencji w egzekwowaniu zobowiązań,</w:t>
      </w:r>
    </w:p>
    <w:p w14:paraId="217B21BF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 stanowczości w stawianiu wymagań,</w:t>
      </w:r>
    </w:p>
    <w:p w14:paraId="0BCA5AA8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 traktowania (imię ucznia/ uczennicy) w trakcie słuchania, rozmawiania,</w:t>
      </w:r>
    </w:p>
    <w:p w14:paraId="6D049055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 okazywania stałej dyspozycyjności na potrzeby kontaktu /imię ucznia /uczennicy/ z nami.</w:t>
      </w:r>
    </w:p>
    <w:p w14:paraId="6321FAA6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3. Zasady wychowania</w:t>
      </w:r>
    </w:p>
    <w:p w14:paraId="29999031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Tak rodzic, jak i nauczyciel zobowiązuje się do przestrzegania tych samych zasad wychowania:</w:t>
      </w:r>
    </w:p>
    <w:p w14:paraId="033D7222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 zasady dyskrecji – nie poszerzania kręgu osób w sprawie,</w:t>
      </w:r>
    </w:p>
    <w:p w14:paraId="67503D05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 zasady otwartości do /imię ucznia/ uczennicy/ w trakcie słuchania, rozmawiania,</w:t>
      </w:r>
    </w:p>
    <w:p w14:paraId="0C41CB47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 zasady prawdomówności,</w:t>
      </w:r>
    </w:p>
    <w:p w14:paraId="12987482" w14:textId="1B53A065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 zasady nie oceniania postępów (imię ucznia/ uczennicy) podczas realizowania przez nią</w:t>
      </w:r>
      <w:r w:rsidR="00E92507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kontraktu,</w:t>
      </w:r>
    </w:p>
    <w:p w14:paraId="6F1ABF89" w14:textId="62BBBD89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 zasady nie wracania do zdarzeń, które są powodem zawarcia kontraktu, w formie negatywnej</w:t>
      </w:r>
      <w:r w:rsidR="00E92507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krytyki.</w:t>
      </w:r>
    </w:p>
    <w:p w14:paraId="7032DF21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4. Konsekwencje i przywileje.</w:t>
      </w:r>
    </w:p>
    <w:p w14:paraId="229D649A" w14:textId="11858150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Przywilejem dla ucznia/ uczennicy jest to, że może kontynuować naukę w szkole, ma szansę na</w:t>
      </w:r>
      <w:r w:rsidR="00E92507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poprawę wyników nauki i uzyskanie promocji do następnej klasy.</w:t>
      </w:r>
    </w:p>
    <w:p w14:paraId="0B292431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Rodzic samodzielnie określi przywileje syna/ córki za dotrzymanie kontraktu.</w:t>
      </w:r>
    </w:p>
    <w:p w14:paraId="6A1C35E0" w14:textId="3E084DBF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Konsekwencją niedotrzymania kontraktu będzie decyzja dyrektora ZPO w Ruszczy podjęta po</w:t>
      </w:r>
      <w:r w:rsidR="00E92507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zakończeniu czasu trwania umowy, czyli ... /Data/.</w:t>
      </w:r>
    </w:p>
    <w:p w14:paraId="574BCC6F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5. Zobowiązaniu obu stron</w:t>
      </w:r>
    </w:p>
    <w:p w14:paraId="11EE940C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Rodzic zobowiązuje się do:</w:t>
      </w:r>
    </w:p>
    <w:p w14:paraId="08B23C0C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 wcześniejszego powiadomienia szkoły o przewidywanej nieobecności syna/ córki w szkole,</w:t>
      </w:r>
    </w:p>
    <w:p w14:paraId="38B647DD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 kontaktu telefonicznego w każdy poniedziałek, w godz. 10.40 – 11.00 /pokój nauczycielski lub</w:t>
      </w:r>
    </w:p>
    <w:p w14:paraId="43EFC945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gabinet dyrektora ZPO w Ruszczy/,</w:t>
      </w:r>
    </w:p>
    <w:p w14:paraId="610929B1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 osobistego kontaktu z wychowawcą, pedagogiem szkolnym raz w miesiącu.</w:t>
      </w:r>
    </w:p>
    <w:p w14:paraId="37914C09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Wychowawca zobowiązuje się do:</w:t>
      </w:r>
    </w:p>
    <w:p w14:paraId="5C1EBBDA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 telefonicznego powiadomienia rodzica w razie nieusprawiedliwionej nieobecności /imię ucznia/</w:t>
      </w:r>
    </w:p>
    <w:p w14:paraId="22197815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uczennicy/ w szkole,</w:t>
      </w:r>
    </w:p>
    <w:p w14:paraId="462087F5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- powiadomienia rodzica o złamaniu kontraktu.</w:t>
      </w:r>
    </w:p>
    <w:p w14:paraId="690CA309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6. Czas obowiązywania umowy.</w:t>
      </w:r>
    </w:p>
    <w:p w14:paraId="24D772BA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Umowa pomiędzy wychowawcą a rodzicem trwa od dnia podpisania do... /data/.</w:t>
      </w:r>
    </w:p>
    <w:p w14:paraId="785916F8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Podpis rodzica                                       Podpis wychowawcy</w:t>
      </w:r>
    </w:p>
    <w:p w14:paraId="0CD31A4A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Miejsce, data</w:t>
      </w:r>
    </w:p>
    <w:p w14:paraId="19A43578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br w:type="page"/>
      </w:r>
    </w:p>
    <w:p w14:paraId="4BA3F2FE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>CZĘŚĆ UZUPEŁNIAJĄCA</w:t>
      </w:r>
    </w:p>
    <w:p w14:paraId="6BADCF2A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Uzupełnienia organizacyjne dla Zespołu Placówek Oświatowych w Ruszczy</w:t>
      </w:r>
    </w:p>
    <w:p w14:paraId="05F176BF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Niniejsza część uzupełnia procedury bazowe o zasady wspólne dla szkoły podstawowej i przedszkola, w tym organizację opieki nad dziećmi, dokumentowanie zdarzeń, komunikację z rodzicami oraz wzory dokumentacji. W razie rozbieżności pierwszeństwo mają przepisy prawa, polecenia służb ratunkowych, obowiązująca instrukcja bezpieczeństwa pożarowego i plan ewakuacji, a także aktualne wewnętrzne regulacje ZPO.</w:t>
      </w:r>
    </w:p>
    <w:p w14:paraId="2E5563F0" w14:textId="77777777" w:rsidR="00220614" w:rsidRPr="002E72E4" w:rsidRDefault="00220614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1B6533DD" w14:textId="54577764" w:rsidR="0072214D" w:rsidRPr="002E72E4" w:rsidRDefault="0022061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31. ZASADY WSPÓLNE DLA SZKOŁY I PRZEDSZKOLA</w:t>
      </w:r>
    </w:p>
    <w:p w14:paraId="7E039EFC" w14:textId="77777777" w:rsidR="00220614" w:rsidRPr="005668AD" w:rsidRDefault="0022061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14835AC9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Ochrona życia i zdrowia – Każdy pracownik, który zauważy zagrożenie, podejmuje działania adekwatne do swoich możliwości: zabezpiecza dzieci, wzywa pomoc pod numerem 112, informuje dyrektora lub osobę zastępującą i wykonuje polecenia służb.</w:t>
      </w:r>
    </w:p>
    <w:p w14:paraId="0E3E9F06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Nadzór nad dziećmi – Dzieci pozostają pod bezpośrednią opieką przydzielonego nauczyciela lub upoważnionego pracownika. Nie wolno pozostawiać grupy bez opieki. Przekazanie opieki innej osobie powinno być jednoznaczne.</w:t>
      </w:r>
    </w:p>
    <w:p w14:paraId="13676008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Dostosowanie do wieku – W przedszkolu oraz w klasach I–III polecenia przekazuje się krótko, spokojnie i konkretnie. Nauczyciel pomaga dzieciom w przemieszczaniu się, ubieraniu tylko wtedy, gdy nie opóźnia to ewakuacji, oraz w utrzymaniu grupy.</w:t>
      </w:r>
    </w:p>
    <w:p w14:paraId="7FDBC4E1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Dzieci wymagające dodatkowego wsparcia – Przed zdarzeniem należy uwzględnić potrzeby dzieci z niepełnosprawnościami, trudnościami w poruszaniu się, komunikacji, regulacji emocji lub innymi potrzebami. Sposób wsparcia określa się w organizacji pracy i planach bezpieczeństwa, bez ujawniania danych osobom nieuprawnionym.</w:t>
      </w:r>
    </w:p>
    <w:p w14:paraId="2D1CF1DD" w14:textId="77777777" w:rsidR="0072214D" w:rsidRPr="005668AD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Liczebność i identyfikacja – Po przemieszczeniu grupy nauczyciel sprawdza obecność na podstawie dziennika/listy grupy oraz niezwłocznie zgłasza brak dziecka kierującemu akcją. </w:t>
      </w:r>
      <w:r w:rsidRPr="005668AD">
        <w:rPr>
          <w:rFonts w:ascii="Times New Roman" w:hAnsi="Times New Roman" w:cs="Times New Roman"/>
          <w:bCs/>
          <w:sz w:val="24"/>
          <w:szCs w:val="24"/>
          <w:lang w:val="pl-PL"/>
        </w:rPr>
        <w:t>Nie podejmuje samodzielnego powrotu do strefy zagrożenia.</w:t>
      </w:r>
    </w:p>
    <w:p w14:paraId="4A776428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Odbiór dzieci – Po ewakuacji lub poważnym zdarzeniu dziecko może zostać wydane wyłącznie rodzicowi/opiekunowi prawnemu lub osobie upoważnionej, zgodnie z dokumentacją placówki. Odbiór należy odnotować, a przy wątpliwościach skontaktować się z dyrektorem.</w:t>
      </w:r>
    </w:p>
    <w:p w14:paraId="614A2733" w14:textId="77777777" w:rsidR="0072214D" w:rsidRPr="005668AD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Informacje i poufność – Pracownicy przekazują informacje rodzicom zgodnie z ustaleniami dyrektora. Nie publikuje się wizerunku, danych ani szczegółów dotyczących dzieci i rodzin. </w:t>
      </w:r>
      <w:r w:rsidRPr="005668AD">
        <w:rPr>
          <w:rFonts w:ascii="Times New Roman" w:hAnsi="Times New Roman" w:cs="Times New Roman"/>
          <w:bCs/>
          <w:sz w:val="24"/>
          <w:szCs w:val="24"/>
          <w:lang w:val="pl-PL"/>
        </w:rPr>
        <w:t>Informacje dla mediów przekazuje wyłącznie dyrektor lub wskazana osoba.</w:t>
      </w:r>
    </w:p>
    <w:p w14:paraId="74CEB31B" w14:textId="77777777" w:rsidR="0072214D" w:rsidRPr="005668AD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Dokumentowanie – Po zdarzeniu sporządza się notatkę służbową zawierającą datę, godzinę, miejsce, osoby uczestniczące, opis faktów, podjęte działania, osoby powiadomione i dalsze zalecenia. </w:t>
      </w:r>
      <w:r w:rsidRPr="005668AD">
        <w:rPr>
          <w:rFonts w:ascii="Times New Roman" w:hAnsi="Times New Roman" w:cs="Times New Roman"/>
          <w:bCs/>
          <w:sz w:val="24"/>
          <w:szCs w:val="24"/>
          <w:lang w:val="pl-PL"/>
        </w:rPr>
        <w:t>Zapis powinien być rzeczowy, bez ocen i niepotwierdzonych przypuszczeń.</w:t>
      </w:r>
    </w:p>
    <w:p w14:paraId="47CA3F36" w14:textId="77777777" w:rsidR="00220614" w:rsidRPr="002E72E4" w:rsidRDefault="0022061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38B9FC02" w14:textId="499DDA3D" w:rsidR="0072214D" w:rsidRPr="002E72E4" w:rsidRDefault="0022061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32. POSTĘPOWANIE W SYTUACJI KRYZYSOWEJ W PRZEDSZKOLU</w:t>
      </w:r>
    </w:p>
    <w:p w14:paraId="3ADA34AE" w14:textId="77777777" w:rsidR="00220614" w:rsidRPr="005668AD" w:rsidRDefault="0022061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5205B377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Pracownik, który zauważy zagrożenie, natychmiast informuje nauczyciela odpowiedzialnego za grupę i dyrektora lub osobę zastępującą. Jeżeli istnieje bezpośrednie zagrożenie życia lub zdrowia, wzywa służby pod numerem 112 bez oczekiwania na zgodę.</w:t>
      </w:r>
    </w:p>
    <w:p w14:paraId="3FC2B4CC" w14:textId="1B27E6C5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Nauczyciel zapewnia dzieciom bezpieczeństwo, pozostaje z grupą i stosuje polecenia zgodne z</w:t>
      </w:r>
      <w:r w:rsidR="00DF1179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charakterem zagrożenia. Nie pozostawia dzieci samych w sali, na korytarzu, w łazience ani na placu zabaw.</w:t>
      </w:r>
    </w:p>
    <w:p w14:paraId="2B9EC469" w14:textId="77777777" w:rsidR="0072214D" w:rsidRPr="005668AD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W przypadku konieczności ewakuacji nauczyciel zabiera listę obecności, o ile jest to możliwe bez opóźniania wyjścia. </w:t>
      </w:r>
      <w:r w:rsidRPr="005668AD">
        <w:rPr>
          <w:rFonts w:ascii="Times New Roman" w:hAnsi="Times New Roman" w:cs="Times New Roman"/>
          <w:bCs/>
          <w:sz w:val="24"/>
          <w:szCs w:val="24"/>
          <w:lang w:val="pl-PL"/>
        </w:rPr>
        <w:t>Nie wraca po rzeczy osobiste, dokumenty ani pomoce dydaktyczne.</w:t>
      </w:r>
    </w:p>
    <w:p w14:paraId="04E1C2DF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 dotarciu do miejsca zbiórki nauczyciel przelicza dzieci, sprawdza listę obecności i przekazuje dyrektorowi informację o stanie grupy, osobach nieobecnych oraz ewentualnych poszkodowanych.</w:t>
      </w:r>
    </w:p>
    <w:p w14:paraId="63FD8681" w14:textId="77777777" w:rsidR="0072214D" w:rsidRPr="005668AD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Dyrektor koordynuje kontakt ze służbami i rodzicami oraz ustala sposób bezpiecznego odbioru dzieci. </w:t>
      </w:r>
      <w:r w:rsidRPr="005668AD">
        <w:rPr>
          <w:rFonts w:ascii="Times New Roman" w:hAnsi="Times New Roman" w:cs="Times New Roman"/>
          <w:bCs/>
          <w:sz w:val="24"/>
          <w:szCs w:val="24"/>
          <w:lang w:val="pl-PL"/>
        </w:rPr>
        <w:t>Dzieci nie są wydawane osobom nieupoważnionym ani odprowadzane samodzielnie.</w:t>
      </w:r>
    </w:p>
    <w:p w14:paraId="101DE420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>Jeżeli zdarzenie dotyczy jednego dziecka, pozostała grupa pozostaje pod opieką wyznaczonego pracownika. Osoba udzielająca pomocy nie może pozostawić bez nadzoru pozostałych dzieci.</w:t>
      </w:r>
    </w:p>
    <w:p w14:paraId="65C54A42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 zdarzeniu dyrektor organizuje dokumentowanie, analizę przyczyn i potrzebę wsparcia psychologiczno-pedagogicznego dzieci oraz pracowników.</w:t>
      </w:r>
    </w:p>
    <w:p w14:paraId="277CF583" w14:textId="77777777" w:rsidR="002E72E4" w:rsidRPr="002E72E4" w:rsidRDefault="002E72E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5CBEAD60" w14:textId="010D35CF" w:rsidR="0072214D" w:rsidRPr="002E72E4" w:rsidRDefault="002E72E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33. DZIECKO NIEODEBRANE Z PRZEDSZKOLA PO ZAKOŃCZENIU PRACY PLACÓWKI</w:t>
      </w:r>
    </w:p>
    <w:p w14:paraId="532F7065" w14:textId="77777777" w:rsidR="002E72E4" w:rsidRPr="005668AD" w:rsidRDefault="002E72E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1A0E2F31" w14:textId="1E33A2BA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Nauczyciel pozostaje z dzieckiem w bezpiecznym miejscu i podejmuje próby kontaktu z</w:t>
      </w:r>
      <w:r w:rsidR="00DF1179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rodzicem/opiekunem oraz osobami upoważnionymi do odbioru, korzystając z danych znajdujących się w dokumentacji placówki.</w:t>
      </w:r>
    </w:p>
    <w:p w14:paraId="2D35332F" w14:textId="77777777" w:rsidR="0072214D" w:rsidRPr="005668AD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Nie wolno pozostawić dziecka bez opieki ani przekazać go osobie, której upoważnienie budzi wątpliwości. </w:t>
      </w:r>
      <w:r w:rsidRPr="005668AD">
        <w:rPr>
          <w:rFonts w:ascii="Times New Roman" w:hAnsi="Times New Roman" w:cs="Times New Roman"/>
          <w:bCs/>
          <w:sz w:val="24"/>
          <w:szCs w:val="24"/>
          <w:lang w:val="pl-PL"/>
        </w:rPr>
        <w:t>Należy poinformować dyrektora lub osobę zastępującą.</w:t>
      </w:r>
    </w:p>
    <w:p w14:paraId="6CF95761" w14:textId="77777777" w:rsidR="0072214D" w:rsidRPr="005668AD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Jeśli kontakt jest niemożliwy, a czas oczekiwania się przedłuża, dyrektor podejmuje dalsze działania, w tym kontaktuje się z właściwymi służbami, gdy wymaga tego bezpieczeństwo dziecka. </w:t>
      </w:r>
      <w:r w:rsidRPr="005668AD">
        <w:rPr>
          <w:rFonts w:ascii="Times New Roman" w:hAnsi="Times New Roman" w:cs="Times New Roman"/>
          <w:bCs/>
          <w:sz w:val="24"/>
          <w:szCs w:val="24"/>
          <w:lang w:val="pl-PL"/>
        </w:rPr>
        <w:t>W sytuacji bezpośredniego zagrożenia należy zadzwonić pod 112.</w:t>
      </w:r>
    </w:p>
    <w:p w14:paraId="349A251E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Zdarzenie dokumentuje się w notatce: godzina zakończenia pracy, próby kontaktu, osoby powiadomione, czas i sposób odebrania dziecka oraz podjęte decyzje.</w:t>
      </w:r>
    </w:p>
    <w:p w14:paraId="188EB390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Powtarzające się sytuacje omawia się z rodzicami i podejmuje działania zgodne z przepisami oraz regulacjami ZPO.</w:t>
      </w:r>
    </w:p>
    <w:p w14:paraId="15F6AD80" w14:textId="77777777" w:rsidR="002E72E4" w:rsidRPr="002E72E4" w:rsidRDefault="002E72E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358B4F9D" w14:textId="23067E4D" w:rsidR="0072214D" w:rsidRPr="002E72E4" w:rsidRDefault="002E72E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34. PODEJRZENIE KRZYWDZENIA DZIECKA – ZASADY INTERWENCJI</w:t>
      </w:r>
    </w:p>
    <w:p w14:paraId="79D6326D" w14:textId="77777777" w:rsidR="002E72E4" w:rsidRPr="005668AD" w:rsidRDefault="002E72E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3C7A0BA2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Każdy pracownik, który powziął podejrzenie krzywdzenia dziecka lub otrzymał taką informację, przekazuje ją niezwłocznie dyrektorowi oraz osobie wyznaczonej do przyjmowania zgłoszeń zgodnie ze Standardami Ochrony Małoletnich obowiązującymi w ZPO.</w:t>
      </w:r>
    </w:p>
    <w:p w14:paraId="311D1846" w14:textId="3351C50E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Rozmowę z dzieckiem prowadzi się spokojnie, w warunkach zapewniających bezpieczeństwo i</w:t>
      </w:r>
      <w:r w:rsidR="00DF1179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prywatność. Nie zadaje się pytań sugerujących odpowiedź, nie obiecuje całkowitej tajemnicy i nie konfrontuje dziecka z domniemanym sprawcą.</w:t>
      </w:r>
    </w:p>
    <w:p w14:paraId="443907C7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Należy zapisać możliwie dokładnie słowa dziecka i obserwowane fakty, oddzielając je od własnych wniosków. Nie prowadzi się samodzielnego dochodzenia ani nie zbiera dowodów w sposób mogący narazić dziecko na dalszą krzywdę.</w:t>
      </w:r>
    </w:p>
    <w:p w14:paraId="5AEC28AB" w14:textId="63018619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Dyrektor lub osoba upoważniona uruchamia procedurę przewidzianą w Standardach Ochrony Małoletnich, ocenia konieczność zawiadomienia właściwych służb i zapewnia ochronę dziecka. </w:t>
      </w:r>
      <w:proofErr w:type="spellStart"/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Wsytuacji</w:t>
      </w:r>
      <w:proofErr w:type="spellEnd"/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bezpośredniego zagrożenia życia lub zdrowia należy niezwłocznie wezwać pomoc.</w:t>
      </w:r>
    </w:p>
    <w:p w14:paraId="30E11DFC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Kontakt z rodzicami odbywa się z uwzględnieniem bezpieczeństwa dziecka. Jeżeli podejrzenie dotyczy rodzica lub opiekuna, nie należy podejmować działań, które mogłyby zwiększyć zagrożenie; dalsze kroki ustala się zgodnie z obowiązującymi przepisami i Standardami.</w:t>
      </w:r>
    </w:p>
    <w:p w14:paraId="47481BAC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Dokumentację przechowuje się z zachowaniem poufności i ograniczeniem dostępu do osób uprawnionych.</w:t>
      </w:r>
    </w:p>
    <w:p w14:paraId="69D92999" w14:textId="77777777" w:rsidR="002E72E4" w:rsidRPr="002E72E4" w:rsidRDefault="002E72E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345A6822" w14:textId="3B37FA8A" w:rsidR="0072214D" w:rsidRPr="005668AD" w:rsidRDefault="002E72E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5668AD">
        <w:rPr>
          <w:rFonts w:ascii="Times New Roman" w:hAnsi="Times New Roman" w:cs="Times New Roman"/>
          <w:bCs/>
          <w:sz w:val="24"/>
          <w:szCs w:val="24"/>
          <w:lang w:val="pl-PL"/>
        </w:rPr>
        <w:t>35. ZAGROŻENIE SAMOBÓJCZE LUB SAMOUSZKODZENIA UCZNIA</w:t>
      </w:r>
    </w:p>
    <w:p w14:paraId="4D5B122C" w14:textId="77777777" w:rsidR="002E72E4" w:rsidRPr="005668AD" w:rsidRDefault="002E72E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0B59A13E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Każdą informację o zamiarze samobójczym, próbie samobójczej lub samouszkodzeniu traktuje się poważnie. Nie pozostawia się ucznia samego; zapewnia się obecność spokojnej, odpowiedzialnej osoby dorosłej.</w:t>
      </w:r>
    </w:p>
    <w:p w14:paraId="088B868B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 przypadku bezpośredniego zagrożenia życia, obrażeń lub podejrzenia zatrucia należy natychmiast wezwać zespół ratownictwa medycznego pod numerem 112/999 i udzielić pomocy w granicach posiadanych umiejętności.</w:t>
      </w:r>
    </w:p>
    <w:p w14:paraId="6BB52CC1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Pracownik nie obiecuje zachowania informacji w tajemnicy. Niezwłocznie informuje dyrektora i osoby odpowiedzialne za pomoc psychologiczno-pedagogiczną. Informację przekazuje się 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>rodzicom/opiekunom, chyba że mogłoby to narazić dziecko na niebezpieczeństwo; w takiej sytuacji dalsze działania uzgadnia się z właściwymi służbami.</w:t>
      </w:r>
    </w:p>
    <w:p w14:paraId="2082D30A" w14:textId="3BA6744F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Nie ocenia się, nie zawstydza i nie bagatelizuje wypowiedzi ucznia. Nie prowadzi się rozmowy w</w:t>
      </w:r>
      <w:r w:rsidR="00DF1179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obecności rówieśników. Należy ograniczyć dostęp do potencjalnie niebezpiecznych przedmiotów, o</w:t>
      </w:r>
      <w:r w:rsidR="00DF1179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ile można to zrobić bez narażania kogokolwiek.</w:t>
      </w:r>
    </w:p>
    <w:p w14:paraId="55E6E1E6" w14:textId="77777777" w:rsidR="0072214D" w:rsidRPr="005668AD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Po zdarzeniu dyrektor ustala plan dalszego wsparcia, kontakt z rodzicami i specjalistami oraz sposób bezpiecznego powrotu ucznia do nauki. </w:t>
      </w:r>
      <w:r w:rsidRPr="005668AD">
        <w:rPr>
          <w:rFonts w:ascii="Times New Roman" w:hAnsi="Times New Roman" w:cs="Times New Roman"/>
          <w:bCs/>
          <w:sz w:val="24"/>
          <w:szCs w:val="24"/>
          <w:lang w:val="pl-PL"/>
        </w:rPr>
        <w:t>Zdarzenie i podjęte działania dokumentuje się w sposób poufny.</w:t>
      </w:r>
    </w:p>
    <w:p w14:paraId="7F593156" w14:textId="77777777" w:rsidR="002E72E4" w:rsidRPr="005668AD" w:rsidRDefault="002E72E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15752866" w14:textId="6875DCE8" w:rsidR="0072214D" w:rsidRPr="002E72E4" w:rsidRDefault="002E72E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36. ZAGROŻENIE POGODOWE, AWARIA TECHNICZNA LUB BRAK MEDIÓW</w:t>
      </w:r>
    </w:p>
    <w:p w14:paraId="2E638EA5" w14:textId="77777777" w:rsidR="002E72E4" w:rsidRPr="005668AD" w:rsidRDefault="002E72E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4A9B7D7D" w14:textId="059A7D65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Pracownik, który zauważy zalanie, uszkodzenie instalacji, zapach gazu, awarię elektryczną, uszkodzenie konstrukcji lub inne zagrożenie techniczne, powiadamia dyrektora i odsuwa dzieci od</w:t>
      </w:r>
      <w:r w:rsidR="00DF1179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zagrożonego miejsca. Nie dotyka uszkodzonych instalacji ani nie podejmuje napraw bez uprawnień.</w:t>
      </w:r>
    </w:p>
    <w:p w14:paraId="4A29F33C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Przy podejrzeniu ulatniania się gazu nie używa się urządzeń elektrycznych w strefie zagrożenia, nie uruchamia się przełączników i niezwłocznie wzywa właściwe służby z bezpiecznego miejsca.</w:t>
      </w:r>
    </w:p>
    <w:p w14:paraId="466521EF" w14:textId="632F7C90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Dyrektor ocenia możliwość dalszego prowadzenia zajęć, kontaktuje się z organem prowadzącym i</w:t>
      </w:r>
      <w:r w:rsidR="00DF1179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właściwymi służbami oraz podejmuje decyzje organizacyjne zgodnie z prawem. W razie potrzeby organizuje ewakuację lub bezpieczne przekazanie dzieci rodzicom.</w:t>
      </w:r>
    </w:p>
    <w:p w14:paraId="30D39F33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Podczas burzy, silnego wiatru, upału lub innych niebezpiecznych warunków ogranicza się aktywności na zewnątrz, zabezpiecza grupy w bezpiecznych pomieszczeniach i stosuje komunikaty służb.</w:t>
      </w:r>
    </w:p>
    <w:p w14:paraId="418F250B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 zdarzeniu sporządza się dokumentację oraz sprawdza, czy pomieszczenia i instalacje mogą być ponownie użytkowane.</w:t>
      </w:r>
    </w:p>
    <w:p w14:paraId="12D8D1D1" w14:textId="77777777" w:rsidR="002E72E4" w:rsidRPr="002E72E4" w:rsidRDefault="002E72E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2B8CF5B5" w14:textId="2E127D6C" w:rsidR="0072214D" w:rsidRPr="002E72E4" w:rsidRDefault="002E72E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37. OSOBY ODPOWIEDZIALNE I ZASTĘPSTWO</w:t>
      </w:r>
    </w:p>
    <w:p w14:paraId="5207B814" w14:textId="77777777" w:rsidR="002E72E4" w:rsidRPr="005668AD" w:rsidRDefault="002E72E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59BAEB02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Dyrektor ZPO w Ruszczy koordynuje działania placówki, chyba że dowodzenie przejmują uprawnione służby. W razie nieobecności dyrektora zadania wykonuje osoba formalnie wyznaczona do zastępstwa, zgodnie z obowiązującymi regulacjami. Każdy pracownik ma obowiązek reagować na bezpośrednie zagrożenie, powiadomić odpowiednie osoby i współpracować ze służbami.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72214D" w:rsidRPr="005668AD" w14:paraId="27E1B678" w14:textId="77777777">
        <w:tc>
          <w:tcPr>
            <w:tcW w:w="4932" w:type="dxa"/>
            <w:shd w:val="clear" w:color="auto" w:fill="1F3755"/>
          </w:tcPr>
          <w:p w14:paraId="72D685CA" w14:textId="77777777" w:rsidR="0072214D" w:rsidRPr="005668AD" w:rsidRDefault="00CD08D3" w:rsidP="003B76A5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5668AD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Osoba / funkcja</w:t>
            </w:r>
          </w:p>
        </w:tc>
        <w:tc>
          <w:tcPr>
            <w:tcW w:w="4932" w:type="dxa"/>
            <w:shd w:val="clear" w:color="auto" w:fill="1F3755"/>
          </w:tcPr>
          <w:p w14:paraId="2AD77CF6" w14:textId="77777777" w:rsidR="0072214D" w:rsidRPr="005668AD" w:rsidRDefault="00CD08D3" w:rsidP="003B76A5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5668AD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Zakres podstawowych zadań</w:t>
            </w:r>
          </w:p>
        </w:tc>
      </w:tr>
      <w:tr w:rsidR="0072214D" w:rsidRPr="001E6202" w14:paraId="2E19312B" w14:textId="77777777">
        <w:tc>
          <w:tcPr>
            <w:tcW w:w="4932" w:type="dxa"/>
          </w:tcPr>
          <w:p w14:paraId="1921EFEA" w14:textId="77777777" w:rsidR="0072214D" w:rsidRPr="005668AD" w:rsidRDefault="00CD08D3" w:rsidP="003B76A5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5668AD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Dyrektor / osoba zastępująca</w:t>
            </w:r>
          </w:p>
        </w:tc>
        <w:tc>
          <w:tcPr>
            <w:tcW w:w="4932" w:type="dxa"/>
          </w:tcPr>
          <w:p w14:paraId="45FDA113" w14:textId="563A8C3B" w:rsidR="0072214D" w:rsidRPr="002E72E4" w:rsidRDefault="00CD08D3" w:rsidP="003B76A5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2E72E4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koordynacja działań, decyzje organizacyjne, kontakt ze służbami, organem prowadzącym i</w:t>
            </w:r>
            <w:r w:rsidR="00DF1179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 </w:t>
            </w:r>
            <w:r w:rsidRPr="002E72E4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rodzicami, wyznaczenie osoby do kontaktu z</w:t>
            </w:r>
            <w:r w:rsidR="00DF1179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 </w:t>
            </w:r>
            <w:r w:rsidRPr="002E72E4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mediami</w:t>
            </w:r>
          </w:p>
        </w:tc>
      </w:tr>
      <w:tr w:rsidR="0072214D" w:rsidRPr="001E6202" w14:paraId="6A3B8E29" w14:textId="77777777">
        <w:tc>
          <w:tcPr>
            <w:tcW w:w="4932" w:type="dxa"/>
          </w:tcPr>
          <w:p w14:paraId="177FFB3E" w14:textId="77777777" w:rsidR="0072214D" w:rsidRPr="005668AD" w:rsidRDefault="00CD08D3" w:rsidP="003B76A5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5668AD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Nauczyciel / wychowawca</w:t>
            </w:r>
          </w:p>
        </w:tc>
        <w:tc>
          <w:tcPr>
            <w:tcW w:w="4932" w:type="dxa"/>
          </w:tcPr>
          <w:p w14:paraId="23D62AFA" w14:textId="6718FCFA" w:rsidR="0072214D" w:rsidRPr="002E72E4" w:rsidRDefault="00CD08D3" w:rsidP="003B76A5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2E72E4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bezpośrednia opieka nad powierzonymi dziećmi, sprawdzenie obecności, przekazanie informacji o</w:t>
            </w:r>
            <w:r w:rsidR="00BF55BD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 </w:t>
            </w:r>
            <w:r w:rsidRPr="002E72E4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stanie grupy, kontakt z wychowawcą i</w:t>
            </w:r>
            <w:r w:rsidR="00BF55BD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 </w:t>
            </w:r>
            <w:r w:rsidRPr="002E72E4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dyrektorem</w:t>
            </w:r>
          </w:p>
        </w:tc>
      </w:tr>
      <w:tr w:rsidR="0072214D" w:rsidRPr="001E6202" w14:paraId="7B5354BB" w14:textId="77777777">
        <w:tc>
          <w:tcPr>
            <w:tcW w:w="4932" w:type="dxa"/>
          </w:tcPr>
          <w:p w14:paraId="09C9B6D4" w14:textId="16625108" w:rsidR="0072214D" w:rsidRPr="005668AD" w:rsidRDefault="00CD08D3" w:rsidP="003B76A5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5668AD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Pedagog / psycholog </w:t>
            </w:r>
          </w:p>
        </w:tc>
        <w:tc>
          <w:tcPr>
            <w:tcW w:w="4932" w:type="dxa"/>
          </w:tcPr>
          <w:p w14:paraId="1A77A721" w14:textId="77777777" w:rsidR="0072214D" w:rsidRPr="002E72E4" w:rsidRDefault="00CD08D3" w:rsidP="003B76A5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2E72E4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wsparcie uczniów i rodzin, dokumentowanie interwencji w zakresie obowiązków, koordynacja pomocy psychologiczno-pedagogicznej</w:t>
            </w:r>
          </w:p>
        </w:tc>
      </w:tr>
      <w:tr w:rsidR="0072214D" w:rsidRPr="001E6202" w14:paraId="77C0815A" w14:textId="77777777">
        <w:tc>
          <w:tcPr>
            <w:tcW w:w="4932" w:type="dxa"/>
          </w:tcPr>
          <w:p w14:paraId="46E68F88" w14:textId="77777777" w:rsidR="0072214D" w:rsidRPr="005668AD" w:rsidRDefault="00CD08D3" w:rsidP="003B76A5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5668AD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Pracownicy administracji i obsługi</w:t>
            </w:r>
          </w:p>
        </w:tc>
        <w:tc>
          <w:tcPr>
            <w:tcW w:w="4932" w:type="dxa"/>
          </w:tcPr>
          <w:p w14:paraId="161D2927" w14:textId="77777777" w:rsidR="0072214D" w:rsidRPr="002E72E4" w:rsidRDefault="00CD08D3" w:rsidP="003B76A5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2E72E4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zgłoszenie zagrożenia, wykonywanie przydzielonych zadań, zabezpieczenie dostępu do strefy niebezpiecznej bez narażania własnego życia</w:t>
            </w:r>
          </w:p>
        </w:tc>
      </w:tr>
    </w:tbl>
    <w:p w14:paraId="2B66137C" w14:textId="77777777" w:rsidR="002E72E4" w:rsidRPr="005668AD" w:rsidRDefault="002E72E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72214D" w:rsidRPr="001E6202" w14:paraId="786C13E8" w14:textId="77777777">
        <w:tc>
          <w:tcPr>
            <w:tcW w:w="4932" w:type="dxa"/>
          </w:tcPr>
          <w:p w14:paraId="2F2F3EC6" w14:textId="77777777" w:rsidR="0072214D" w:rsidRPr="005668AD" w:rsidRDefault="00CD08D3" w:rsidP="003B76A5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5668AD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Kierownik wycieczki / opiekunowie</w:t>
            </w:r>
          </w:p>
        </w:tc>
        <w:tc>
          <w:tcPr>
            <w:tcW w:w="4932" w:type="dxa"/>
          </w:tcPr>
          <w:p w14:paraId="42880D1E" w14:textId="060642DC" w:rsidR="0072214D" w:rsidRPr="002E72E4" w:rsidRDefault="00CD08D3" w:rsidP="003B76A5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2E72E4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nadzór nad uczestnikami poza placówką, przeliczenie grupy, kontakt z dyrektorem i</w:t>
            </w:r>
            <w:r w:rsidR="002E72E4" w:rsidRPr="002E72E4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 </w:t>
            </w:r>
            <w:r w:rsidRPr="002E72E4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służbami, stosowanie karty wycieczki i</w:t>
            </w:r>
            <w:r w:rsidR="002E72E4" w:rsidRPr="002E72E4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 </w:t>
            </w:r>
            <w:r w:rsidRPr="002E72E4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ustalonych zasad</w:t>
            </w:r>
          </w:p>
        </w:tc>
      </w:tr>
    </w:tbl>
    <w:p w14:paraId="57B682E0" w14:textId="77777777" w:rsidR="002E72E4" w:rsidRPr="005668AD" w:rsidRDefault="002E72E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6544AD94" w14:textId="7A59124B" w:rsidR="0072214D" w:rsidRPr="005668AD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5668AD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38. </w:t>
      </w:r>
      <w:r w:rsidR="002E72E4" w:rsidRPr="005668AD">
        <w:rPr>
          <w:rFonts w:ascii="Times New Roman" w:hAnsi="Times New Roman" w:cs="Times New Roman"/>
          <w:bCs/>
          <w:sz w:val="24"/>
          <w:szCs w:val="24"/>
          <w:lang w:val="pl-PL"/>
        </w:rPr>
        <w:t>DOKUMENTOWANIE ZDARZEŃ – MINIMALNY ZAKRES</w:t>
      </w:r>
    </w:p>
    <w:p w14:paraId="3798AE62" w14:textId="77777777" w:rsidR="002E72E4" w:rsidRPr="005668AD" w:rsidRDefault="002E72E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16C4022D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Data, godzina i miejsce zdarzenia.</w:t>
      </w:r>
    </w:p>
    <w:p w14:paraId="7894320A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Imię i nazwisko osoby sporządzającej notatkę oraz jej funkcja.</w:t>
      </w:r>
    </w:p>
    <w:p w14:paraId="6850A497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Opis zdarzenia oparty na zaobserwowanych faktach i wypowiedziach, bez przypisywania intencji.</w:t>
      </w:r>
    </w:p>
    <w:p w14:paraId="78C7118A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Osoby uczestniczące, świadkowie oraz informacja o poszkodowanych – tylko w zakresie niezbędnym.</w:t>
      </w:r>
    </w:p>
    <w:p w14:paraId="07F8CF6D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Podjęte działania, udzielona pomoc, osoby i służby powiadomione wraz z godziną kontaktu.</w:t>
      </w:r>
    </w:p>
    <w:p w14:paraId="6F3A3879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Informacja o powiadomieniu rodziców/opiekunów i sposobie przekazania dziecka, jeżeli dotyczy.</w:t>
      </w:r>
    </w:p>
    <w:p w14:paraId="27957CC9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Zalecenia, dalsze czynności, podpis osoby sporządzającej i data.</w:t>
      </w:r>
    </w:p>
    <w:p w14:paraId="3AA0312C" w14:textId="77777777" w:rsidR="002E72E4" w:rsidRPr="002E72E4" w:rsidRDefault="002E72E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2CE0E431" w14:textId="3D3D4F8A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39. </w:t>
      </w:r>
      <w:r w:rsidR="002E72E4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ANALIZA ZDARZENIA I DZIAŁANIA PO KRYZYSIE</w:t>
      </w:r>
    </w:p>
    <w:p w14:paraId="2FE76B76" w14:textId="77777777" w:rsidR="002E72E4" w:rsidRPr="005668AD" w:rsidRDefault="002E72E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4A9EF5FB" w14:textId="48ED9EC1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 ustaniu zagrożenia dyrektor sprawdza, czy wszystkie dzieci i osoby dorosłe są bezpieczne, a</w:t>
      </w:r>
      <w:r w:rsidR="002E72E4" w:rsidRPr="002E72E4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osoby poszkodowane otrzymały potrzebną pomoc.</w:t>
      </w:r>
    </w:p>
    <w:p w14:paraId="4F4F7147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Dyrektor wyznacza osoby odpowiedzialne za sporządzenie dokumentacji i ustala, jakie informacje mogą być przekazane rodzicom, pracownikom i organowi prowadzącemu.</w:t>
      </w:r>
    </w:p>
    <w:p w14:paraId="35B99B7E" w14:textId="6143FF88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 zależności od zdarzenia organizuje się wsparcie psychologiczno-pedagogiczne, rozmowy z</w:t>
      </w:r>
      <w:r w:rsidR="00BF55BD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grupą/klasą oraz pomoc dla pracowników.</w:t>
      </w:r>
    </w:p>
    <w:p w14:paraId="2C8EFD6D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Zespół wyznaczony przez dyrektora analizuje przebieg zdarzenia, skuteczność reakcji, przepływ informacji i ewentualne braki w wyposażeniu lub organizacji.</w:t>
      </w:r>
    </w:p>
    <w:p w14:paraId="049D1179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Wnioski przekłada się na konkretne działania naprawcze: aktualizację procedur, uzupełnienie instrukcji, szkolenie pracowników, ćwiczenia ewakuacyjne lub zmianę organizacji opieki.</w:t>
      </w:r>
    </w:p>
    <w:p w14:paraId="18B3FE64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Dokumentację przechowuje się zgodnie z zasadami ochrony danych i obowiązującymi przepisami.</w:t>
      </w:r>
    </w:p>
    <w:p w14:paraId="0C492FAA" w14:textId="77777777" w:rsidR="002E72E4" w:rsidRPr="002E72E4" w:rsidRDefault="002E72E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4C32F4FB" w14:textId="5FAB9C66" w:rsidR="0072214D" w:rsidRPr="002E72E4" w:rsidRDefault="002E72E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40. WZÓR NOTATKI SŁUŻBOWEJ ZE ZDARZENIA</w:t>
      </w:r>
    </w:p>
    <w:p w14:paraId="5995C83C" w14:textId="77777777" w:rsidR="002E72E4" w:rsidRPr="005668AD" w:rsidRDefault="002E72E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59ED12EE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Data i godzina zdarzenia: ................................................................................................</w:t>
      </w:r>
    </w:p>
    <w:p w14:paraId="76FC14D1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Miejsce zdarzenia: .............................................................................................................</w:t>
      </w:r>
    </w:p>
    <w:p w14:paraId="3FB78665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Osoba sporządzająca notatkę / funkcja: .............................................................................</w:t>
      </w:r>
    </w:p>
    <w:p w14:paraId="7EAB9CE4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Osoby uczestniczące / świadkowie (w niezbędnym zakresie): ...........................................</w:t>
      </w:r>
    </w:p>
    <w:p w14:paraId="18AECC9E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Opis zdarzenia – fakty i przebieg: ......................................................................................</w:t>
      </w:r>
    </w:p>
    <w:p w14:paraId="04EC918F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...........................................................................................................................................</w:t>
      </w:r>
    </w:p>
    <w:p w14:paraId="0298CB5B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Podjęte działania i udzielona pomoc: ..................................................................................</w:t>
      </w:r>
    </w:p>
    <w:p w14:paraId="3ABE2293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Osoby / służby powiadomione oraz godziny kontaktu: ........................................................</w:t>
      </w:r>
    </w:p>
    <w:p w14:paraId="2B4123F1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Informacja o kontakcie z rodzicem/opiekunem: ...................................................................</w:t>
      </w:r>
    </w:p>
    <w:p w14:paraId="7D0CAA6A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Dalsze ustalenia / zalecenia: ...............................................................................................</w:t>
      </w:r>
    </w:p>
    <w:p w14:paraId="69F2AADA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Data i podpis osoby sporządzającej: ...................................................................................</w:t>
      </w:r>
    </w:p>
    <w:p w14:paraId="56AFFA50" w14:textId="77777777" w:rsidR="002E72E4" w:rsidRPr="002E72E4" w:rsidRDefault="002E72E4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5316CC47" w14:textId="77777777" w:rsidR="002E72E4" w:rsidRPr="002E72E4" w:rsidRDefault="002E72E4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1D916143" w14:textId="2562EFD5" w:rsidR="0072214D" w:rsidRPr="005668AD" w:rsidRDefault="002E72E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5668AD">
        <w:rPr>
          <w:rFonts w:ascii="Times New Roman" w:hAnsi="Times New Roman" w:cs="Times New Roman"/>
          <w:bCs/>
          <w:sz w:val="24"/>
          <w:szCs w:val="24"/>
          <w:lang w:val="pl-PL"/>
        </w:rPr>
        <w:t>41. LISTA KONTROLNA PO EWAKUACJI</w:t>
      </w:r>
    </w:p>
    <w:p w14:paraId="3575A53F" w14:textId="77777777" w:rsidR="002E72E4" w:rsidRPr="005668AD" w:rsidRDefault="002E72E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6D4D08AD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5668AD">
        <w:rPr>
          <w:rFonts w:ascii="Segoe UI Symbol" w:hAnsi="Segoe UI Symbol" w:cs="Segoe UI Symbol"/>
          <w:bCs/>
          <w:sz w:val="24"/>
          <w:szCs w:val="24"/>
          <w:lang w:val="pl-PL"/>
        </w:rPr>
        <w:t>☐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Zgłoszono ewakuację i przekazano jasny komunikat.</w:t>
      </w:r>
    </w:p>
    <w:p w14:paraId="3F52BDAC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5668AD">
        <w:rPr>
          <w:rFonts w:ascii="Segoe UI Symbol" w:hAnsi="Segoe UI Symbol" w:cs="Segoe UI Symbol"/>
          <w:bCs/>
          <w:sz w:val="24"/>
          <w:szCs w:val="24"/>
          <w:lang w:val="pl-PL"/>
        </w:rPr>
        <w:t>☐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Grupy opuściły budynek wyznaczonymi drogami zgodnie z instrukcją.</w:t>
      </w:r>
    </w:p>
    <w:p w14:paraId="64434DD1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5668AD">
        <w:rPr>
          <w:rFonts w:ascii="Segoe UI Symbol" w:hAnsi="Segoe UI Symbol" w:cs="Segoe UI Symbol"/>
          <w:bCs/>
          <w:sz w:val="24"/>
          <w:szCs w:val="24"/>
          <w:lang w:val="pl-PL"/>
        </w:rPr>
        <w:t>☐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Nauczyciele sprawdzili obecność i zgłosili ewentualne braki.</w:t>
      </w:r>
    </w:p>
    <w:p w14:paraId="050D3F12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5668AD">
        <w:rPr>
          <w:rFonts w:ascii="Segoe UI Symbol" w:hAnsi="Segoe UI Symbol" w:cs="Segoe UI Symbol"/>
          <w:bCs/>
          <w:sz w:val="24"/>
          <w:szCs w:val="24"/>
          <w:lang w:val="pl-PL"/>
        </w:rPr>
        <w:t>☐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Zgłoszono służbom osoby poszkodowane lub podejrzenie, że ktoś pozostał w strefie zagrożenia.</w:t>
      </w:r>
    </w:p>
    <w:p w14:paraId="6839377B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5668AD">
        <w:rPr>
          <w:rFonts w:ascii="Segoe UI Symbol" w:hAnsi="Segoe UI Symbol" w:cs="Segoe UI Symbol"/>
          <w:bCs/>
          <w:sz w:val="24"/>
          <w:szCs w:val="24"/>
          <w:lang w:val="pl-PL"/>
        </w:rPr>
        <w:t>☐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Nikt nie wrócił do budynku bez zgody właściwych służb.</w:t>
      </w:r>
    </w:p>
    <w:p w14:paraId="76124E62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5668AD">
        <w:rPr>
          <w:rFonts w:ascii="Segoe UI Symbol" w:hAnsi="Segoe UI Symbol" w:cs="Segoe UI Symbol"/>
          <w:bCs/>
          <w:sz w:val="24"/>
          <w:szCs w:val="24"/>
          <w:lang w:val="pl-PL"/>
        </w:rPr>
        <w:t>☐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Rodzice otrzymali informację przekazaną przez wyznaczoną osobę.</w:t>
      </w:r>
    </w:p>
    <w:p w14:paraId="37560A9A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5668AD">
        <w:rPr>
          <w:rFonts w:ascii="Segoe UI Symbol" w:hAnsi="Segoe UI Symbol" w:cs="Segoe UI Symbol"/>
          <w:bCs/>
          <w:sz w:val="24"/>
          <w:szCs w:val="24"/>
          <w:lang w:val="pl-PL"/>
        </w:rPr>
        <w:t>☐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Odbiór dzieci odnotowano zgodnie z zasadami placówki.</w:t>
      </w:r>
    </w:p>
    <w:p w14:paraId="7AE1794D" w14:textId="77777777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5668AD">
        <w:rPr>
          <w:rFonts w:ascii="Segoe UI Symbol" w:hAnsi="Segoe UI Symbol" w:cs="Segoe UI Symbol"/>
          <w:bCs/>
          <w:sz w:val="24"/>
          <w:szCs w:val="24"/>
          <w:lang w:val="pl-PL"/>
        </w:rPr>
        <w:lastRenderedPageBreak/>
        <w:t>☐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Sporządzono notatkę i ustalono potrzebne działania następcze.</w:t>
      </w:r>
    </w:p>
    <w:p w14:paraId="3113D8BE" w14:textId="77777777" w:rsidR="002E72E4" w:rsidRPr="002E72E4" w:rsidRDefault="002E72E4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076B8289" w14:textId="1FE46B5F" w:rsidR="0072214D" w:rsidRPr="002E72E4" w:rsidRDefault="00CD08D3" w:rsidP="005668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4</w:t>
      </w:r>
      <w:r w:rsidR="005668AD">
        <w:rPr>
          <w:rFonts w:ascii="Times New Roman" w:hAnsi="Times New Roman" w:cs="Times New Roman"/>
          <w:bCs/>
          <w:sz w:val="24"/>
          <w:szCs w:val="24"/>
          <w:lang w:val="pl-PL"/>
        </w:rPr>
        <w:t>2</w:t>
      </w: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. Zatwierdzenie i przegląd procedur</w:t>
      </w:r>
    </w:p>
    <w:p w14:paraId="427B7698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Procedury obowiązują po zatwierdzeniu przez dyrektora ZPO w Ruszczy i zapoznaniu z nimi pracowników w zakresie dotyczącym ich obowiązków.</w:t>
      </w:r>
    </w:p>
    <w:p w14:paraId="1581813C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Data zatwierdzenia: ................................................</w:t>
      </w:r>
    </w:p>
    <w:p w14:paraId="2447905F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Podpis dyrektora ZPO w Ruszczy: ................................................</w:t>
      </w:r>
    </w:p>
    <w:p w14:paraId="687A617A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Data przeglądu / aktualizacji: ................................................</w:t>
      </w:r>
    </w:p>
    <w:p w14:paraId="39FA84C6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Osoba odpowiedzialna za przegląd: ................................................</w:t>
      </w:r>
    </w:p>
    <w:p w14:paraId="5AC478A5" w14:textId="77777777" w:rsidR="0072214D" w:rsidRPr="002E72E4" w:rsidRDefault="00CD08D3" w:rsidP="003B7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E72E4">
        <w:rPr>
          <w:rFonts w:ascii="Times New Roman" w:hAnsi="Times New Roman" w:cs="Times New Roman"/>
          <w:bCs/>
          <w:sz w:val="24"/>
          <w:szCs w:val="24"/>
          <w:lang w:val="pl-PL"/>
        </w:rPr>
        <w:t>Potwierdzenie zapoznania pracowników należy przechowywać w dokumentacji placówki.</w:t>
      </w:r>
    </w:p>
    <w:sectPr w:rsidR="0072214D" w:rsidRPr="002E72E4" w:rsidSect="002E72E4">
      <w:headerReference w:type="default" r:id="rId10"/>
      <w:footerReference w:type="default" r:id="rId11"/>
      <w:pgSz w:w="12240" w:h="15840"/>
      <w:pgMar w:top="1008" w:right="1152" w:bottom="851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B5D93" w14:textId="77777777" w:rsidR="004D3CAE" w:rsidRDefault="004D3CAE">
      <w:pPr>
        <w:spacing w:after="0" w:line="240" w:lineRule="auto"/>
      </w:pPr>
      <w:r>
        <w:separator/>
      </w:r>
    </w:p>
  </w:endnote>
  <w:endnote w:type="continuationSeparator" w:id="0">
    <w:p w14:paraId="46CF227B" w14:textId="77777777" w:rsidR="004D3CAE" w:rsidRDefault="004D3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428C5" w14:textId="5DFAA766" w:rsidR="0072214D" w:rsidRPr="00222AD4" w:rsidRDefault="0072214D">
    <w:pPr>
      <w:pStyle w:val="Stopka"/>
      <w:jc w:val="center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0FFFC" w14:textId="77777777" w:rsidR="004D3CAE" w:rsidRDefault="004D3CAE">
      <w:pPr>
        <w:spacing w:after="0" w:line="240" w:lineRule="auto"/>
      </w:pPr>
      <w:r>
        <w:separator/>
      </w:r>
    </w:p>
  </w:footnote>
  <w:footnote w:type="continuationSeparator" w:id="0">
    <w:p w14:paraId="536E8B54" w14:textId="77777777" w:rsidR="004D3CAE" w:rsidRDefault="004D3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A2AB2" w14:textId="4FB55368" w:rsidR="0072214D" w:rsidRPr="00721D59" w:rsidRDefault="00721D59">
    <w:pPr>
      <w:pStyle w:val="Nagwek"/>
      <w:jc w:val="right"/>
      <w:rPr>
        <w:rFonts w:ascii="Times New Roman" w:hAnsi="Times New Roman" w:cs="Times New Roman"/>
        <w:i/>
        <w:iCs/>
        <w:lang w:val="pl-PL"/>
      </w:rPr>
    </w:pPr>
    <w:r w:rsidRPr="00721D59">
      <w:rPr>
        <w:rFonts w:ascii="Times New Roman" w:hAnsi="Times New Roman" w:cs="Times New Roman"/>
        <w:i/>
        <w:iCs/>
        <w:color w:val="5A6473"/>
        <w:sz w:val="16"/>
        <w:lang w:val="pl-PL"/>
      </w:rPr>
      <w:t>Zespół Placówek Oświatowych W Ruszczy  |  Procedury Kryzysowe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496446B"/>
    <w:multiLevelType w:val="hybridMultilevel"/>
    <w:tmpl w:val="DCFA0B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612135"/>
    <w:multiLevelType w:val="hybridMultilevel"/>
    <w:tmpl w:val="62F849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CD1F5D"/>
    <w:multiLevelType w:val="hybridMultilevel"/>
    <w:tmpl w:val="B9AA2C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A2E4C"/>
    <w:multiLevelType w:val="hybridMultilevel"/>
    <w:tmpl w:val="BDEC94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887F35"/>
    <w:multiLevelType w:val="hybridMultilevel"/>
    <w:tmpl w:val="D054E3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C00E19"/>
    <w:multiLevelType w:val="hybridMultilevel"/>
    <w:tmpl w:val="1D440B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0B3D0C"/>
    <w:multiLevelType w:val="hybridMultilevel"/>
    <w:tmpl w:val="45C02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542865"/>
    <w:multiLevelType w:val="hybridMultilevel"/>
    <w:tmpl w:val="6320482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685066"/>
    <w:multiLevelType w:val="hybridMultilevel"/>
    <w:tmpl w:val="7F8481AE"/>
    <w:lvl w:ilvl="0" w:tplc="7990290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A0361D"/>
    <w:multiLevelType w:val="hybridMultilevel"/>
    <w:tmpl w:val="1524645A"/>
    <w:lvl w:ilvl="0" w:tplc="52EA2E8C">
      <w:start w:val="2010"/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EA77C8"/>
    <w:multiLevelType w:val="hybridMultilevel"/>
    <w:tmpl w:val="3586DD42"/>
    <w:lvl w:ilvl="0" w:tplc="851628BC">
      <w:start w:val="1"/>
      <w:numFmt w:val="upperLetter"/>
      <w:lvlText w:val="%1)"/>
      <w:lvlJc w:val="left"/>
      <w:pPr>
        <w:ind w:left="828" w:hanging="46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002AAA"/>
    <w:multiLevelType w:val="hybridMultilevel"/>
    <w:tmpl w:val="DE48F37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92655916">
    <w:abstractNumId w:val="8"/>
  </w:num>
  <w:num w:numId="2" w16cid:durableId="309332373">
    <w:abstractNumId w:val="6"/>
  </w:num>
  <w:num w:numId="3" w16cid:durableId="1170872026">
    <w:abstractNumId w:val="5"/>
  </w:num>
  <w:num w:numId="4" w16cid:durableId="2024352582">
    <w:abstractNumId w:val="4"/>
  </w:num>
  <w:num w:numId="5" w16cid:durableId="1206916927">
    <w:abstractNumId w:val="7"/>
  </w:num>
  <w:num w:numId="6" w16cid:durableId="2019305614">
    <w:abstractNumId w:val="3"/>
  </w:num>
  <w:num w:numId="7" w16cid:durableId="525291406">
    <w:abstractNumId w:val="2"/>
  </w:num>
  <w:num w:numId="8" w16cid:durableId="1858155498">
    <w:abstractNumId w:val="1"/>
  </w:num>
  <w:num w:numId="9" w16cid:durableId="1685278447">
    <w:abstractNumId w:val="0"/>
  </w:num>
  <w:num w:numId="10" w16cid:durableId="1345940104">
    <w:abstractNumId w:val="9"/>
  </w:num>
  <w:num w:numId="11" w16cid:durableId="827477217">
    <w:abstractNumId w:val="18"/>
  </w:num>
  <w:num w:numId="12" w16cid:durableId="1963028543">
    <w:abstractNumId w:val="20"/>
  </w:num>
  <w:num w:numId="13" w16cid:durableId="725683114">
    <w:abstractNumId w:val="13"/>
  </w:num>
  <w:num w:numId="14" w16cid:durableId="1141457014">
    <w:abstractNumId w:val="15"/>
  </w:num>
  <w:num w:numId="15" w16cid:durableId="1637762170">
    <w:abstractNumId w:val="14"/>
  </w:num>
  <w:num w:numId="16" w16cid:durableId="1177185611">
    <w:abstractNumId w:val="10"/>
  </w:num>
  <w:num w:numId="17" w16cid:durableId="1838767678">
    <w:abstractNumId w:val="12"/>
  </w:num>
  <w:num w:numId="18" w16cid:durableId="1568764698">
    <w:abstractNumId w:val="7"/>
    <w:lvlOverride w:ilvl="0">
      <w:startOverride w:val="1"/>
    </w:lvlOverride>
  </w:num>
  <w:num w:numId="19" w16cid:durableId="2088263691">
    <w:abstractNumId w:val="7"/>
    <w:lvlOverride w:ilvl="0">
      <w:startOverride w:val="1"/>
    </w:lvlOverride>
  </w:num>
  <w:num w:numId="20" w16cid:durableId="207495997">
    <w:abstractNumId w:val="7"/>
    <w:lvlOverride w:ilvl="0">
      <w:startOverride w:val="1"/>
    </w:lvlOverride>
  </w:num>
  <w:num w:numId="21" w16cid:durableId="1108043828">
    <w:abstractNumId w:val="7"/>
    <w:lvlOverride w:ilvl="0">
      <w:startOverride w:val="1"/>
    </w:lvlOverride>
  </w:num>
  <w:num w:numId="22" w16cid:durableId="252126823">
    <w:abstractNumId w:val="7"/>
    <w:lvlOverride w:ilvl="0">
      <w:startOverride w:val="1"/>
    </w:lvlOverride>
  </w:num>
  <w:num w:numId="23" w16cid:durableId="1505822067">
    <w:abstractNumId w:val="19"/>
  </w:num>
  <w:num w:numId="24" w16cid:durableId="840698798">
    <w:abstractNumId w:val="17"/>
  </w:num>
  <w:num w:numId="25" w16cid:durableId="1476264160">
    <w:abstractNumId w:val="11"/>
  </w:num>
  <w:num w:numId="26" w16cid:durableId="17787166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6434"/>
    <w:rsid w:val="0006063C"/>
    <w:rsid w:val="00120E43"/>
    <w:rsid w:val="0015074B"/>
    <w:rsid w:val="001B6610"/>
    <w:rsid w:val="001E6202"/>
    <w:rsid w:val="00220614"/>
    <w:rsid w:val="00222AD4"/>
    <w:rsid w:val="002439CD"/>
    <w:rsid w:val="00283936"/>
    <w:rsid w:val="0029639D"/>
    <w:rsid w:val="002B0C98"/>
    <w:rsid w:val="002E72E4"/>
    <w:rsid w:val="00326F90"/>
    <w:rsid w:val="00350650"/>
    <w:rsid w:val="003B76A5"/>
    <w:rsid w:val="004D3CAE"/>
    <w:rsid w:val="00500230"/>
    <w:rsid w:val="005668AD"/>
    <w:rsid w:val="005A1803"/>
    <w:rsid w:val="00643145"/>
    <w:rsid w:val="006A4146"/>
    <w:rsid w:val="006D713D"/>
    <w:rsid w:val="00721D59"/>
    <w:rsid w:val="0072214D"/>
    <w:rsid w:val="007358F9"/>
    <w:rsid w:val="00753819"/>
    <w:rsid w:val="007A2507"/>
    <w:rsid w:val="007C3175"/>
    <w:rsid w:val="00847F0C"/>
    <w:rsid w:val="008D1523"/>
    <w:rsid w:val="00AA1D8D"/>
    <w:rsid w:val="00AC069D"/>
    <w:rsid w:val="00B47730"/>
    <w:rsid w:val="00BF55BD"/>
    <w:rsid w:val="00C41371"/>
    <w:rsid w:val="00C52B23"/>
    <w:rsid w:val="00CB0664"/>
    <w:rsid w:val="00CD08D3"/>
    <w:rsid w:val="00DB0042"/>
    <w:rsid w:val="00DF1179"/>
    <w:rsid w:val="00E840F1"/>
    <w:rsid w:val="00E92507"/>
    <w:rsid w:val="00EB32B8"/>
    <w:rsid w:val="00EF506C"/>
    <w:rsid w:val="00F20E8E"/>
    <w:rsid w:val="00F32528"/>
    <w:rsid w:val="00F964D4"/>
    <w:rsid w:val="00FA41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85AC89"/>
  <w14:defaultImageDpi w14:val="300"/>
  <w15:docId w15:val="{97262F3A-DB68-4462-BF4D-033F92B7C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/>
    </w:pPr>
    <w:rPr>
      <w:rFonts w:ascii="Arial" w:hAnsi="Arial"/>
      <w:color w:val="28303C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3755"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3755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F3755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3755"/>
      <w:spacing w:val="5"/>
      <w:kern w:val="28"/>
      <w:sz w:val="4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s://www.zporuszcza.polaniec.pl/nowa-NIE_USUWAC/wp-content/uploads/2023/10/cropped-cropped-cropped-logo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30</Pages>
  <Words>12371</Words>
  <Characters>74231</Characters>
  <Application>Microsoft Office Word</Application>
  <DocSecurity>0</DocSecurity>
  <Lines>618</Lines>
  <Paragraphs>172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86430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Małgorzata Łukaszek</cp:lastModifiedBy>
  <cp:revision>30</cp:revision>
  <dcterms:created xsi:type="dcterms:W3CDTF">2026-10-09T22:06:00Z</dcterms:created>
  <dcterms:modified xsi:type="dcterms:W3CDTF">2026-10-10T14:59:00Z</dcterms:modified>
  <cp:category/>
</cp:coreProperties>
</file>