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3A3EF" w14:textId="77777777" w:rsidR="008D2BE4" w:rsidRDefault="00000000">
      <w:pPr>
        <w:jc w:val="right"/>
      </w:pPr>
      <w:r>
        <w:t>..................................................., dnia ............................ r.</w:t>
      </w:r>
      <w:r>
        <w:br/>
      </w:r>
      <w:r>
        <w:rPr>
          <w:i/>
        </w:rPr>
        <w:t>(Miejscowość i data)</w:t>
      </w:r>
    </w:p>
    <w:p w14:paraId="64A5045A" w14:textId="77777777" w:rsidR="008D2BE4" w:rsidRDefault="00000000">
      <w:r>
        <w:rPr>
          <w:b/>
        </w:rPr>
        <w:t>Dane rodzica/opiekuna prawnego:</w:t>
      </w:r>
      <w:r>
        <w:rPr>
          <w:b/>
        </w:rPr>
        <w:br/>
      </w:r>
      <w:r>
        <w:t>...........................................................................</w:t>
      </w:r>
      <w:r>
        <w:br/>
      </w:r>
      <w:r>
        <w:rPr>
          <w:i/>
        </w:rPr>
        <w:t>(Imię i nazwisko rodzica/opiekuna)</w:t>
      </w:r>
      <w:r>
        <w:rPr>
          <w:i/>
        </w:rPr>
        <w:br/>
      </w:r>
      <w:r>
        <w:t>...........................................................................</w:t>
      </w:r>
      <w:r>
        <w:br/>
        <w:t>...........................................................................</w:t>
      </w:r>
      <w:r>
        <w:br/>
      </w:r>
      <w:r>
        <w:rPr>
          <w:i/>
        </w:rPr>
        <w:t>(Adres zamieszkania)</w:t>
      </w:r>
      <w:r>
        <w:rPr>
          <w:i/>
        </w:rPr>
        <w:br/>
      </w:r>
      <w:r>
        <w:t>...........................................................................</w:t>
      </w:r>
      <w:r>
        <w:br/>
      </w:r>
      <w:r>
        <w:rPr>
          <w:i/>
        </w:rPr>
        <w:t>(Numer telefonu / e-mail)</w:t>
      </w:r>
    </w:p>
    <w:p w14:paraId="29A4ECB4" w14:textId="77777777" w:rsidR="008D2BE4" w:rsidRDefault="00000000">
      <w:pPr>
        <w:jc w:val="right"/>
      </w:pPr>
      <w:r>
        <w:rPr>
          <w:b/>
        </w:rPr>
        <w:t>Do Dyrektora</w:t>
      </w:r>
      <w:r>
        <w:rPr>
          <w:b/>
        </w:rPr>
        <w:br/>
      </w:r>
      <w:r>
        <w:t>...........................................................................</w:t>
      </w:r>
      <w:r>
        <w:br/>
      </w:r>
      <w:r>
        <w:rPr>
          <w:i/>
        </w:rPr>
        <w:t>(Nazwa i numer szkoły)</w:t>
      </w:r>
      <w:r>
        <w:rPr>
          <w:i/>
        </w:rPr>
        <w:br/>
      </w:r>
      <w:r>
        <w:t>w .......................................................................</w:t>
      </w:r>
      <w:r>
        <w:br/>
      </w:r>
      <w:r>
        <w:rPr>
          <w:i/>
        </w:rPr>
        <w:t>(Miejscowość)</w:t>
      </w:r>
    </w:p>
    <w:p w14:paraId="37198078" w14:textId="77777777" w:rsidR="008D2BE4" w:rsidRDefault="00000000">
      <w:pPr>
        <w:spacing w:before="480" w:after="480"/>
        <w:jc w:val="center"/>
      </w:pPr>
      <w:r>
        <w:rPr>
          <w:b/>
          <w:sz w:val="28"/>
        </w:rPr>
        <w:t>OŚWIADCZENIE O REZYGNACJI Z ZAJĘĆ FAKULTATYWNYCH</w:t>
      </w:r>
    </w:p>
    <w:p w14:paraId="68625595" w14:textId="77777777" w:rsidR="008D2BE4" w:rsidRDefault="00000000">
      <w:r>
        <w:t>Działając jako rodzic / opiekun prawny* ucznia:</w:t>
      </w:r>
      <w:r>
        <w:br/>
      </w:r>
      <w:r>
        <w:br/>
        <w:t>......................................................................................................................................................</w:t>
      </w:r>
      <w:r>
        <w:br/>
      </w:r>
      <w:r>
        <w:rPr>
          <w:i/>
        </w:rPr>
        <w:t>(Imię i nazwisko ucznia)</w:t>
      </w:r>
      <w:r>
        <w:rPr>
          <w:i/>
        </w:rPr>
        <w:br/>
      </w:r>
      <w:r>
        <w:br/>
        <w:t>uczęszczającego do klasy ....................</w:t>
      </w:r>
      <w:r>
        <w:br/>
      </w:r>
      <w:r>
        <w:br/>
        <w:t xml:space="preserve">niniejszym oświadczam, że </w:t>
      </w:r>
      <w:r>
        <w:rPr>
          <w:b/>
        </w:rPr>
        <w:t>rezygnuję z udziału mojego dziecka w fakultatywnych zajęciach szkolnych z zakresu „Edukacja zdrowotna – zdrowie seksualne”</w:t>
      </w:r>
      <w:r>
        <w:t xml:space="preserve"> w roku szkolnym 2026/2027.</w:t>
      </w:r>
      <w:r>
        <w:br/>
      </w:r>
      <w:r>
        <w:br/>
        <w:t>Jednocześnie przyjmuję do wiadomości, że zgodnie z aktualnymi przepisami prawa oświatowego, rezygnacja ta dotyczy wyłącznie wyżej wymienionego modułu fakultatywnego (dodatkowego) i nie zwalnia mojego dziecka z obowiązku uczęszczania na lekcje obligatoryjnego przedmiotu „Edukacja zdrowotna”.</w:t>
      </w:r>
      <w:r>
        <w:br/>
      </w:r>
    </w:p>
    <w:p w14:paraId="1F7A14BD" w14:textId="77777777" w:rsidR="008D2BE4" w:rsidRDefault="00000000">
      <w:pPr>
        <w:spacing w:before="600"/>
        <w:jc w:val="right"/>
      </w:pPr>
      <w:r>
        <w:t>...........................................................................</w:t>
      </w:r>
      <w:r>
        <w:br/>
      </w:r>
      <w:r>
        <w:rPr>
          <w:i/>
        </w:rPr>
        <w:t>(własnoręczny podpis rodzica/opiekuna)</w:t>
      </w:r>
    </w:p>
    <w:p w14:paraId="297A67CF" w14:textId="77777777" w:rsidR="008D2BE4" w:rsidRDefault="00000000">
      <w:pPr>
        <w:spacing w:before="800"/>
      </w:pPr>
      <w:r>
        <w:rPr>
          <w:sz w:val="18"/>
        </w:rPr>
        <w:t>* niepotrzebne skreślić</w:t>
      </w:r>
    </w:p>
    <w:sectPr w:rsidR="008D2BE4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4500307">
    <w:abstractNumId w:val="8"/>
  </w:num>
  <w:num w:numId="2" w16cid:durableId="1967737399">
    <w:abstractNumId w:val="6"/>
  </w:num>
  <w:num w:numId="3" w16cid:durableId="1324167782">
    <w:abstractNumId w:val="5"/>
  </w:num>
  <w:num w:numId="4" w16cid:durableId="1565526677">
    <w:abstractNumId w:val="4"/>
  </w:num>
  <w:num w:numId="5" w16cid:durableId="681050981">
    <w:abstractNumId w:val="7"/>
  </w:num>
  <w:num w:numId="6" w16cid:durableId="829836245">
    <w:abstractNumId w:val="3"/>
  </w:num>
  <w:num w:numId="7" w16cid:durableId="1574043875">
    <w:abstractNumId w:val="2"/>
  </w:num>
  <w:num w:numId="8" w16cid:durableId="1721128504">
    <w:abstractNumId w:val="1"/>
  </w:num>
  <w:num w:numId="9" w16cid:durableId="194329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6EA1"/>
    <w:rsid w:val="0015074B"/>
    <w:rsid w:val="001D2138"/>
    <w:rsid w:val="0029639D"/>
    <w:rsid w:val="00326F90"/>
    <w:rsid w:val="006A15D5"/>
    <w:rsid w:val="007C30B6"/>
    <w:rsid w:val="008D2BE4"/>
    <w:rsid w:val="00AA1D8D"/>
    <w:rsid w:val="00B47730"/>
    <w:rsid w:val="00CB0664"/>
    <w:rsid w:val="00EC118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0CBBFBD4-A7B9-442A-8DDB-15BB86A7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Małgorzata Łukaszek</cp:lastModifiedBy>
  <cp:revision>2</cp:revision>
  <cp:lastPrinted>2026-08-21T05:47:00Z</cp:lastPrinted>
  <dcterms:created xsi:type="dcterms:W3CDTF">2026-09-01T18:10:00Z</dcterms:created>
  <dcterms:modified xsi:type="dcterms:W3CDTF">2026-09-01T18:10:00Z</dcterms:modified>
  <cp:category/>
</cp:coreProperties>
</file>